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5"/>
      </w:tblGrid>
      <w:tr w:rsidR="000D1989" w:rsidRPr="007252E1" w14:paraId="01383500" w14:textId="77777777" w:rsidTr="00486B97">
        <w:tc>
          <w:tcPr>
            <w:tcW w:w="2972" w:type="dxa"/>
          </w:tcPr>
          <w:p w14:paraId="225599FC" w14:textId="77777777" w:rsidR="000D1989" w:rsidRPr="007252E1" w:rsidRDefault="000D1989" w:rsidP="00FF0E7C">
            <w:pPr>
              <w:jc w:val="center"/>
              <w:rPr>
                <w:rFonts w:ascii="Times New Roman" w:hAnsi="Times New Roman" w:cs="Times New Roman"/>
                <w:b/>
                <w:sz w:val="26"/>
                <w:szCs w:val="26"/>
              </w:rPr>
            </w:pPr>
            <w:r w:rsidRPr="007252E1">
              <w:rPr>
                <w:rFonts w:ascii="Times New Roman" w:hAnsi="Times New Roman" w:cs="Times New Roman"/>
                <w:b/>
                <w:sz w:val="26"/>
                <w:szCs w:val="26"/>
              </w:rPr>
              <w:t>ỦY BAN NHÂN DÂN</w:t>
            </w:r>
          </w:p>
          <w:p w14:paraId="49012E90" w14:textId="77777777" w:rsidR="000D1989" w:rsidRPr="007252E1" w:rsidRDefault="000D1989" w:rsidP="00FF0E7C">
            <w:pPr>
              <w:jc w:val="center"/>
              <w:rPr>
                <w:rFonts w:ascii="Times New Roman" w:hAnsi="Times New Roman" w:cs="Times New Roman"/>
                <w:b/>
                <w:sz w:val="26"/>
                <w:szCs w:val="26"/>
              </w:rPr>
            </w:pPr>
            <w:r w:rsidRPr="007252E1">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5165E3E7" wp14:editId="4CE4F952">
                      <wp:simplePos x="0" y="0"/>
                      <wp:positionH relativeFrom="column">
                        <wp:posOffset>-220901260</wp:posOffset>
                      </wp:positionH>
                      <wp:positionV relativeFrom="paragraph">
                        <wp:posOffset>-189437010</wp:posOffset>
                      </wp:positionV>
                      <wp:extent cx="730250" cy="15367"/>
                      <wp:effectExtent l="0" t="0" r="31750" b="22860"/>
                      <wp:wrapNone/>
                      <wp:docPr id="1" name="Straight Connector 1"/>
                      <wp:cNvGraphicFramePr/>
                      <a:graphic xmlns:a="http://schemas.openxmlformats.org/drawingml/2006/main">
                        <a:graphicData uri="http://schemas.microsoft.com/office/word/2010/wordprocessingShape">
                          <wps:wsp>
                            <wps:cNvCnPr/>
                            <wps:spPr>
                              <a:xfrm>
                                <a:off x="0" y="0"/>
                                <a:ext cx="730250" cy="15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B871C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93.8pt,-14916.3pt" to="-17336.3pt,-149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" strokecolor="black [3040]"/>
                  </w:pict>
                </mc:Fallback>
              </mc:AlternateContent>
            </w:r>
            <w:r w:rsidRPr="007252E1">
              <w:rPr>
                <w:rFonts w:ascii="Times New Roman" w:hAnsi="Times New Roman" w:cs="Times New Roman"/>
                <w:b/>
                <w:sz w:val="26"/>
                <w:szCs w:val="26"/>
              </w:rPr>
              <w:t>XÃ SƠN TIẾN</w:t>
            </w:r>
          </w:p>
          <w:p w14:paraId="4D64383B" w14:textId="77777777" w:rsidR="000D1989" w:rsidRPr="007252E1" w:rsidRDefault="000D1989" w:rsidP="00FF0E7C">
            <w:pPr>
              <w:jc w:val="center"/>
              <w:rPr>
                <w:rFonts w:ascii="Times New Roman" w:hAnsi="Times New Roman" w:cs="Times New Roman"/>
                <w:b/>
                <w:sz w:val="28"/>
                <w:szCs w:val="28"/>
              </w:rPr>
            </w:pPr>
            <w:r w:rsidRPr="007252E1">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073DA7EB" wp14:editId="599DAF6E">
                      <wp:simplePos x="0" y="0"/>
                      <wp:positionH relativeFrom="column">
                        <wp:posOffset>581025</wp:posOffset>
                      </wp:positionH>
                      <wp:positionV relativeFrom="paragraph">
                        <wp:posOffset>27940</wp:posOffset>
                      </wp:positionV>
                      <wp:extent cx="46482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64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08F437" id="Straight Connector 1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75pt,2.2pt" to="82.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" strokecolor="black [3040]"/>
                  </w:pict>
                </mc:Fallback>
              </mc:AlternateContent>
            </w:r>
          </w:p>
          <w:p w14:paraId="18CE1B2F" w14:textId="77777777" w:rsidR="000D1989" w:rsidRPr="005747B4" w:rsidRDefault="000D1989" w:rsidP="00FF0E7C">
            <w:pPr>
              <w:jc w:val="center"/>
              <w:rPr>
                <w:rFonts w:ascii="Times New Roman" w:hAnsi="Times New Roman" w:cs="Times New Roman"/>
                <w:sz w:val="26"/>
                <w:szCs w:val="26"/>
              </w:rPr>
            </w:pPr>
            <w:r w:rsidRPr="005747B4">
              <w:rPr>
                <w:rFonts w:ascii="Times New Roman" w:hAnsi="Times New Roman" w:cs="Times New Roman"/>
                <w:sz w:val="26"/>
                <w:szCs w:val="26"/>
              </w:rPr>
              <w:t>Số:          /QĐ-UBND</w:t>
            </w:r>
          </w:p>
        </w:tc>
        <w:tc>
          <w:tcPr>
            <w:tcW w:w="6095" w:type="dxa"/>
          </w:tcPr>
          <w:p w14:paraId="35F59532" w14:textId="77777777" w:rsidR="000D1989" w:rsidRPr="007252E1" w:rsidRDefault="000D1989" w:rsidP="00FF0E7C">
            <w:pPr>
              <w:jc w:val="center"/>
              <w:rPr>
                <w:rFonts w:ascii="Times New Roman" w:hAnsi="Times New Roman" w:cs="Times New Roman"/>
                <w:b/>
                <w:sz w:val="26"/>
                <w:szCs w:val="26"/>
              </w:rPr>
            </w:pPr>
            <w:r w:rsidRPr="007252E1">
              <w:rPr>
                <w:rFonts w:ascii="Times New Roman" w:hAnsi="Times New Roman" w:cs="Times New Roman"/>
                <w:b/>
                <w:sz w:val="26"/>
                <w:szCs w:val="26"/>
              </w:rPr>
              <w:t>CỘNG HÒA XÃ HỘI CHỦ NGHĨA VIỆT NAM</w:t>
            </w:r>
          </w:p>
          <w:p w14:paraId="29695EB4" w14:textId="77777777" w:rsidR="000D1989" w:rsidRPr="007252E1" w:rsidRDefault="000D1989" w:rsidP="00FF0E7C">
            <w:pPr>
              <w:jc w:val="center"/>
              <w:rPr>
                <w:rFonts w:ascii="Times New Roman" w:hAnsi="Times New Roman" w:cs="Times New Roman"/>
                <w:b/>
                <w:sz w:val="28"/>
                <w:szCs w:val="28"/>
              </w:rPr>
            </w:pPr>
            <w:r w:rsidRPr="007252E1">
              <w:rPr>
                <w:rFonts w:ascii="Times New Roman" w:hAnsi="Times New Roman" w:cs="Times New Roman"/>
                <w:b/>
                <w:sz w:val="28"/>
                <w:szCs w:val="28"/>
              </w:rPr>
              <w:t>Độc lập - Tự do - Hạnh phúc</w:t>
            </w:r>
          </w:p>
          <w:p w14:paraId="4A62FA6E" w14:textId="77777777" w:rsidR="000D1989" w:rsidRPr="007252E1" w:rsidRDefault="000D1989" w:rsidP="00FF0E7C">
            <w:pPr>
              <w:jc w:val="center"/>
              <w:rPr>
                <w:rFonts w:ascii="Times New Roman" w:hAnsi="Times New Roman" w:cs="Times New Roman"/>
                <w:b/>
                <w:sz w:val="28"/>
                <w:szCs w:val="28"/>
              </w:rPr>
            </w:pPr>
            <w:r w:rsidRPr="007252E1">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41BA1FA" wp14:editId="0AE26639">
                      <wp:simplePos x="0" y="0"/>
                      <wp:positionH relativeFrom="column">
                        <wp:posOffset>789305</wp:posOffset>
                      </wp:positionH>
                      <wp:positionV relativeFrom="paragraph">
                        <wp:posOffset>22860</wp:posOffset>
                      </wp:positionV>
                      <wp:extent cx="21463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14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49430"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15pt,1.8pt" to="231.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" strokecolor="black [3040]"/>
                  </w:pict>
                </mc:Fallback>
              </mc:AlternateContent>
            </w:r>
          </w:p>
          <w:p w14:paraId="522E1C09" w14:textId="3290F79B" w:rsidR="000D1989" w:rsidRPr="007252E1" w:rsidRDefault="000D1989" w:rsidP="00FF0E7C">
            <w:pPr>
              <w:jc w:val="center"/>
              <w:rPr>
                <w:rFonts w:ascii="Times New Roman" w:hAnsi="Times New Roman" w:cs="Times New Roman"/>
                <w:i/>
                <w:sz w:val="28"/>
                <w:szCs w:val="28"/>
              </w:rPr>
            </w:pPr>
            <w:r w:rsidRPr="007252E1">
              <w:rPr>
                <w:rFonts w:ascii="Times New Roman" w:hAnsi="Times New Roman" w:cs="Times New Roman"/>
                <w:i/>
                <w:sz w:val="28"/>
                <w:szCs w:val="28"/>
              </w:rPr>
              <w:t xml:space="preserve">   Sơn Tiến, ngày        tháng </w:t>
            </w:r>
            <w:r w:rsidR="00577CEE" w:rsidRPr="007252E1">
              <w:rPr>
                <w:rFonts w:ascii="Times New Roman" w:hAnsi="Times New Roman" w:cs="Times New Roman"/>
                <w:i/>
                <w:sz w:val="28"/>
                <w:szCs w:val="28"/>
              </w:rPr>
              <w:t>8</w:t>
            </w:r>
            <w:r w:rsidRPr="007252E1">
              <w:rPr>
                <w:rFonts w:ascii="Times New Roman" w:hAnsi="Times New Roman" w:cs="Times New Roman"/>
                <w:i/>
                <w:sz w:val="28"/>
                <w:szCs w:val="28"/>
              </w:rPr>
              <w:t xml:space="preserve"> năm 2026</w:t>
            </w:r>
          </w:p>
          <w:p w14:paraId="4DF66973" w14:textId="77777777" w:rsidR="000D1989" w:rsidRPr="007252E1" w:rsidRDefault="000D1989" w:rsidP="00FF0E7C">
            <w:pPr>
              <w:rPr>
                <w:rFonts w:ascii="Times New Roman" w:hAnsi="Times New Roman" w:cs="Times New Roman"/>
                <w:sz w:val="28"/>
                <w:szCs w:val="28"/>
              </w:rPr>
            </w:pPr>
          </w:p>
        </w:tc>
      </w:tr>
    </w:tbl>
    <w:p w14:paraId="6455FAC5" w14:textId="76043F6D" w:rsidR="00C119BB" w:rsidRPr="007252E1" w:rsidRDefault="000D1989" w:rsidP="00486B97">
      <w:pPr>
        <w:spacing w:after="0" w:line="240" w:lineRule="auto"/>
        <w:jc w:val="center"/>
        <w:rPr>
          <w:rFonts w:ascii="Times New Roman" w:hAnsi="Times New Roman" w:cs="Times New Roman"/>
          <w:b/>
          <w:sz w:val="28"/>
          <w:szCs w:val="28"/>
        </w:rPr>
      </w:pPr>
      <w:r w:rsidRPr="007252E1">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16D2506B" wp14:editId="77371047">
                <wp:simplePos x="0" y="0"/>
                <wp:positionH relativeFrom="column">
                  <wp:posOffset>2287905</wp:posOffset>
                </wp:positionH>
                <wp:positionV relativeFrom="paragraph">
                  <wp:posOffset>451485</wp:posOffset>
                </wp:positionV>
                <wp:extent cx="116586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16586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7D77CC8"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15pt,35.55pt" to="271.9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" strokecolor="black [3213]"/>
            </w:pict>
          </mc:Fallback>
        </mc:AlternateContent>
      </w:r>
      <w:r w:rsidR="004167B2" w:rsidRPr="007252E1">
        <w:rPr>
          <w:rFonts w:ascii="Times New Roman" w:hAnsi="Times New Roman" w:cs="Times New Roman"/>
          <w:b/>
          <w:sz w:val="28"/>
          <w:szCs w:val="28"/>
        </w:rPr>
        <w:t xml:space="preserve">QUYẾT ĐỊNH </w:t>
      </w:r>
      <w:r w:rsidR="004167B2" w:rsidRPr="007252E1">
        <w:rPr>
          <w:rFonts w:ascii="Times New Roman" w:hAnsi="Times New Roman" w:cs="Times New Roman"/>
          <w:b/>
          <w:sz w:val="28"/>
          <w:szCs w:val="28"/>
        </w:rPr>
        <w:br/>
        <w:t>Về việc sắp xếp, bố trí giáo viên, nhân viên trường học</w:t>
      </w:r>
      <w:r w:rsidR="004167B2" w:rsidRPr="007252E1">
        <w:rPr>
          <w:b/>
          <w:sz w:val="28"/>
          <w:szCs w:val="28"/>
        </w:rPr>
        <w:t xml:space="preserve"> </w:t>
      </w:r>
      <w:r w:rsidR="004167B2" w:rsidRPr="007252E1">
        <w:rPr>
          <w:b/>
          <w:sz w:val="28"/>
          <w:szCs w:val="28"/>
        </w:rPr>
        <w:br/>
      </w:r>
      <w:r w:rsidR="004167B2" w:rsidRPr="007252E1">
        <w:t xml:space="preserve">    </w:t>
      </w:r>
      <w:r w:rsidR="004167B2" w:rsidRPr="007252E1">
        <w:br/>
        <w:t xml:space="preserve"> </w:t>
      </w:r>
      <w:r w:rsidR="004167B2" w:rsidRPr="007252E1">
        <w:br/>
      </w:r>
      <w:r w:rsidR="004167B2" w:rsidRPr="007252E1">
        <w:rPr>
          <w:rFonts w:ascii="Times New Roman" w:hAnsi="Times New Roman" w:cs="Times New Roman"/>
          <w:b/>
          <w:sz w:val="28"/>
          <w:szCs w:val="28"/>
        </w:rPr>
        <w:t xml:space="preserve">CHỦ TỊCH </w:t>
      </w:r>
      <w:r w:rsidR="00801881" w:rsidRPr="007252E1">
        <w:rPr>
          <w:rFonts w:ascii="Times New Roman" w:hAnsi="Times New Roman" w:cs="Times New Roman"/>
          <w:b/>
          <w:sz w:val="28"/>
          <w:szCs w:val="28"/>
        </w:rPr>
        <w:t>ỦY</w:t>
      </w:r>
      <w:r w:rsidR="004167B2" w:rsidRPr="007252E1">
        <w:rPr>
          <w:rFonts w:ascii="Times New Roman" w:hAnsi="Times New Roman" w:cs="Times New Roman"/>
          <w:b/>
          <w:sz w:val="28"/>
          <w:szCs w:val="28"/>
        </w:rPr>
        <w:t xml:space="preserve"> BAN NHÂN DÂN XÃ</w:t>
      </w:r>
    </w:p>
    <w:p w14:paraId="1C022087" w14:textId="77777777" w:rsidR="00486B97" w:rsidRPr="007252E1" w:rsidRDefault="00486B97" w:rsidP="00486B97">
      <w:pPr>
        <w:spacing w:after="0" w:line="240" w:lineRule="auto"/>
        <w:jc w:val="center"/>
        <w:rPr>
          <w:sz w:val="18"/>
          <w:szCs w:val="18"/>
        </w:rPr>
      </w:pPr>
    </w:p>
    <w:p w14:paraId="51823321" w14:textId="77777777" w:rsidR="00C119BB" w:rsidRPr="007252E1" w:rsidRDefault="004167B2" w:rsidP="00486B97">
      <w:pPr>
        <w:spacing w:after="120" w:line="240" w:lineRule="auto"/>
        <w:ind w:firstLine="720"/>
        <w:jc w:val="both"/>
        <w:rPr>
          <w:rFonts w:ascii="Times New Roman" w:hAnsi="Times New Roman" w:cs="Times New Roman"/>
          <w:i/>
          <w:iCs/>
          <w:sz w:val="28"/>
          <w:szCs w:val="28"/>
        </w:rPr>
      </w:pPr>
      <w:r w:rsidRPr="007252E1">
        <w:rPr>
          <w:rFonts w:ascii="Times New Roman" w:hAnsi="Times New Roman" w:cs="Times New Roman"/>
          <w:i/>
          <w:iCs/>
          <w:sz w:val="28"/>
          <w:szCs w:val="28"/>
        </w:rPr>
        <w:t>Căn cứ Luật Tổ chức chính quyền đị</w:t>
      </w:r>
      <w:r w:rsidR="00C119BB" w:rsidRPr="007252E1">
        <w:rPr>
          <w:rFonts w:ascii="Times New Roman" w:hAnsi="Times New Roman" w:cs="Times New Roman"/>
          <w:i/>
          <w:iCs/>
          <w:sz w:val="28"/>
          <w:szCs w:val="28"/>
        </w:rPr>
        <w:t xml:space="preserve">a phương ngày 16/6/2025; </w:t>
      </w:r>
    </w:p>
    <w:p w14:paraId="22C1ACD6" w14:textId="77777777" w:rsidR="00577CEE" w:rsidRPr="007252E1" w:rsidRDefault="00577CEE" w:rsidP="00577CEE">
      <w:pPr>
        <w:spacing w:after="120" w:line="240" w:lineRule="auto"/>
        <w:ind w:firstLine="720"/>
        <w:jc w:val="both"/>
        <w:rPr>
          <w:rFonts w:ascii="Times New Roman" w:hAnsi="Times New Roman" w:cs="Times New Roman"/>
          <w:i/>
          <w:iCs/>
          <w:sz w:val="28"/>
          <w:szCs w:val="28"/>
        </w:rPr>
      </w:pPr>
      <w:r w:rsidRPr="007252E1">
        <w:rPr>
          <w:rFonts w:ascii="Times New Roman" w:hAnsi="Times New Roman" w:cs="Times New Roman"/>
          <w:i/>
          <w:iCs/>
          <w:sz w:val="28"/>
          <w:szCs w:val="28"/>
        </w:rPr>
        <w:t>Căn cứ các Nghị định của Chính phủ: Số 150/2025/NĐ-CP ngày 12/6/2025 quy định tổ chức các cơ quan chuyên môn thuộc Ủy ban nhân dân tỉnh, thành phố trực thuộc trung ương và Ủy ban nhân dân xã, phường, đặc khu thuộc tỉnh, thành phố trực thuộc trung ương; số 259/2026/NĐ-CP ngày 30/6/2026 của Chính phủ quy định về tuyển dụng, sử dụng và quản lý viên chức;</w:t>
      </w:r>
    </w:p>
    <w:p w14:paraId="7B104436" w14:textId="77777777" w:rsidR="00577CEE" w:rsidRPr="007252E1" w:rsidRDefault="00577CEE" w:rsidP="00577CEE">
      <w:pPr>
        <w:spacing w:after="120" w:line="240" w:lineRule="auto"/>
        <w:ind w:firstLine="720"/>
        <w:jc w:val="both"/>
        <w:rPr>
          <w:rFonts w:ascii="Times New Roman" w:hAnsi="Times New Roman" w:cs="Times New Roman"/>
          <w:i/>
          <w:iCs/>
          <w:sz w:val="28"/>
          <w:szCs w:val="28"/>
        </w:rPr>
      </w:pPr>
      <w:r w:rsidRPr="007252E1">
        <w:rPr>
          <w:rFonts w:ascii="Times New Roman" w:hAnsi="Times New Roman" w:cs="Times New Roman"/>
          <w:i/>
          <w:iCs/>
          <w:sz w:val="28"/>
          <w:szCs w:val="28"/>
        </w:rPr>
        <w:t>Căn cứ Nghị quyết số 37/2026/NQ-CP ngày 05/8/2026 của Chính phủ về cơ cấu, số lượng và một số chính sách đối với hiệu trưởng, giám đốc, phó hiệu trưởng, phó giám đốc, nhân sự hỗ trợ giáo dục khi thực hiện sắp xếp cơ sở giáo dục mầm non, phổ thông, thường xuyên, giáo dục nghề nghiệp công lập cấp tỉnh, cấp xã;</w:t>
      </w:r>
    </w:p>
    <w:p w14:paraId="4408D318" w14:textId="740F2B13" w:rsidR="002F4C29" w:rsidRDefault="002F4C29" w:rsidP="002F4C29">
      <w:pPr>
        <w:spacing w:after="120" w:line="240" w:lineRule="auto"/>
        <w:ind w:firstLine="720"/>
        <w:jc w:val="both"/>
        <w:rPr>
          <w:rFonts w:ascii="Times New Roman" w:hAnsi="Times New Roman" w:cs="Times New Roman"/>
          <w:i/>
          <w:iCs/>
          <w:sz w:val="28"/>
          <w:szCs w:val="28"/>
        </w:rPr>
      </w:pPr>
      <w:r w:rsidRPr="007252E1">
        <w:rPr>
          <w:rFonts w:ascii="Times New Roman" w:hAnsi="Times New Roman" w:cs="Times New Roman"/>
          <w:i/>
          <w:iCs/>
          <w:sz w:val="28"/>
          <w:szCs w:val="28"/>
        </w:rPr>
        <w:t>Căn cứ các Thông tư của Bộ trưởng Bộ Giáo dục và Đào tạo: Số 15/2026/TT-BGDĐT ngày 24/3/ 2026 ban hành Điều lệ trường tiểu học, trường trung học cơ sở, trường trung học phổ thông và trường phổ thông có nhiều cấp học; số 15/2025/TT-BGDĐT ngày 24/7/2025 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 (được sửa đổi, bổ sung một số điều tại Thông tư</w:t>
      </w:r>
      <w:r w:rsidR="00CE73B4" w:rsidRPr="007252E1">
        <w:rPr>
          <w:rFonts w:ascii="Times New Roman" w:hAnsi="Times New Roman" w:cs="Times New Roman"/>
          <w:i/>
          <w:iCs/>
          <w:sz w:val="28"/>
          <w:szCs w:val="28"/>
        </w:rPr>
        <w:t xml:space="preserve"> </w:t>
      </w:r>
      <w:r w:rsidRPr="007252E1">
        <w:rPr>
          <w:rFonts w:ascii="Times New Roman" w:hAnsi="Times New Roman" w:cs="Times New Roman"/>
          <w:i/>
          <w:iCs/>
          <w:sz w:val="28"/>
          <w:szCs w:val="28"/>
        </w:rPr>
        <w:t xml:space="preserve">số 45/2026/TT-BGDĐT ngày 10/6/2026 của Bộ Giáo dục và Đào tạo); </w:t>
      </w:r>
    </w:p>
    <w:p w14:paraId="574EE655" w14:textId="24FD1213" w:rsidR="005747B4" w:rsidRPr="007252E1" w:rsidRDefault="005747B4" w:rsidP="002F4C29">
      <w:pPr>
        <w:spacing w:after="120" w:line="240" w:lineRule="auto"/>
        <w:ind w:firstLine="720"/>
        <w:jc w:val="both"/>
        <w:rPr>
          <w:rFonts w:ascii="Times New Roman" w:hAnsi="Times New Roman" w:cs="Times New Roman"/>
          <w:i/>
          <w:iCs/>
          <w:sz w:val="28"/>
          <w:szCs w:val="28"/>
        </w:rPr>
      </w:pPr>
      <w:r w:rsidRPr="005747B4">
        <w:rPr>
          <w:rFonts w:ascii="Times New Roman" w:hAnsi="Times New Roman" w:cs="Times New Roman"/>
          <w:i/>
          <w:iCs/>
          <w:sz w:val="28"/>
          <w:szCs w:val="28"/>
        </w:rPr>
        <w:t>Căn cứ Quyết định số 3240/QĐ-UBND ngày 23/12/2025 của UBND tỉnh về việc ủy quyền một số nội dung về tổ chức bộ máy, tuyển dụng, quản lý, thực hiện chế độ, chính sách đối với cán bộ, công chức, viên chức (được sửa đổi, bãi bỏ một số nội dung tại Quyết định số 1725/QĐ-UBND ngày 30/6/2026 của UBND tỉnh);</w:t>
      </w:r>
    </w:p>
    <w:p w14:paraId="29A6D37E" w14:textId="77777777" w:rsidR="00B140D5" w:rsidRPr="007252E1" w:rsidRDefault="00B140D5" w:rsidP="00B140D5">
      <w:pPr>
        <w:spacing w:before="120" w:after="120" w:line="240" w:lineRule="auto"/>
        <w:ind w:firstLine="720"/>
        <w:jc w:val="both"/>
        <w:rPr>
          <w:rFonts w:ascii="Times New Roman" w:hAnsi="Times New Roman" w:cs="Times New Roman"/>
          <w:i/>
          <w:iCs/>
          <w:sz w:val="28"/>
          <w:szCs w:val="28"/>
        </w:rPr>
      </w:pPr>
      <w:r w:rsidRPr="007252E1">
        <w:rPr>
          <w:rFonts w:ascii="Times New Roman" w:hAnsi="Times New Roman" w:cs="Times New Roman"/>
          <w:i/>
          <w:sz w:val="28"/>
          <w:szCs w:val="28"/>
          <w:lang w:val="vi-VN"/>
        </w:rPr>
        <w:t>Căn cứ Thông báo</w:t>
      </w:r>
      <w:r w:rsidRPr="007252E1">
        <w:rPr>
          <w:rFonts w:ascii="Times New Roman" w:hAnsi="Times New Roman" w:cs="Times New Roman"/>
          <w:i/>
          <w:sz w:val="28"/>
          <w:szCs w:val="28"/>
        </w:rPr>
        <w:t xml:space="preserve"> Kết luận</w:t>
      </w:r>
      <w:r w:rsidRPr="007252E1">
        <w:rPr>
          <w:rFonts w:ascii="Times New Roman" w:hAnsi="Times New Roman" w:cs="Times New Roman"/>
          <w:i/>
          <w:sz w:val="28"/>
          <w:szCs w:val="28"/>
          <w:lang w:val="vi-VN"/>
        </w:rPr>
        <w:t xml:space="preserve"> số</w:t>
      </w:r>
      <w:r w:rsidRPr="007252E1">
        <w:rPr>
          <w:rFonts w:ascii="Times New Roman" w:hAnsi="Times New Roman" w:cs="Times New Roman"/>
          <w:i/>
          <w:sz w:val="28"/>
          <w:szCs w:val="28"/>
        </w:rPr>
        <w:t xml:space="preserve"> </w:t>
      </w:r>
      <w:r w:rsidRPr="007252E1">
        <w:rPr>
          <w:rFonts w:ascii="Times New Roman" w:hAnsi="Times New Roman" w:cs="Times New Roman"/>
          <w:i/>
          <w:sz w:val="28"/>
          <w:szCs w:val="28"/>
          <w:lang w:val="vi-VN"/>
        </w:rPr>
        <w:t>72-TB/ĐU</w:t>
      </w:r>
      <w:r w:rsidRPr="007252E1">
        <w:rPr>
          <w:rFonts w:ascii="Times New Roman" w:hAnsi="Times New Roman" w:cs="Times New Roman"/>
          <w:i/>
          <w:sz w:val="28"/>
          <w:szCs w:val="28"/>
        </w:rPr>
        <w:t xml:space="preserve"> </w:t>
      </w:r>
      <w:r w:rsidRPr="007252E1">
        <w:rPr>
          <w:rFonts w:ascii="Times New Roman" w:hAnsi="Times New Roman" w:cs="Times New Roman"/>
          <w:i/>
          <w:sz w:val="28"/>
          <w:szCs w:val="28"/>
          <w:lang w:val="vi-VN"/>
        </w:rPr>
        <w:t xml:space="preserve">ngày 27/8/2026 của Ban Thường vụ </w:t>
      </w:r>
      <w:r w:rsidRPr="007252E1">
        <w:rPr>
          <w:rFonts w:ascii="Times New Roman" w:hAnsi="Times New Roman" w:cs="Times New Roman"/>
          <w:i/>
          <w:sz w:val="28"/>
          <w:szCs w:val="28"/>
        </w:rPr>
        <w:t xml:space="preserve">Đảng ủy </w:t>
      </w:r>
      <w:r w:rsidRPr="007252E1">
        <w:rPr>
          <w:rFonts w:ascii="Times New Roman" w:hAnsi="Times New Roman" w:cs="Times New Roman"/>
          <w:i/>
          <w:sz w:val="28"/>
          <w:szCs w:val="28"/>
          <w:lang w:val="vi-VN"/>
        </w:rPr>
        <w:t xml:space="preserve">xã Sơn Tiến </w:t>
      </w:r>
      <w:r w:rsidRPr="007252E1">
        <w:rPr>
          <w:rFonts w:ascii="Times New Roman" w:hAnsi="Times New Roman" w:cs="Times New Roman"/>
          <w:i/>
          <w:sz w:val="28"/>
          <w:szCs w:val="28"/>
        </w:rPr>
        <w:t>tại Hội nghị được tổ chức</w:t>
      </w:r>
      <w:r w:rsidRPr="007252E1">
        <w:rPr>
          <w:rFonts w:ascii="Times New Roman" w:hAnsi="Times New Roman" w:cs="Times New Roman"/>
          <w:i/>
          <w:sz w:val="28"/>
          <w:szCs w:val="28"/>
          <w:lang w:val="vi-VN"/>
        </w:rPr>
        <w:t xml:space="preserve"> ngày 27/8/20</w:t>
      </w:r>
      <w:r w:rsidRPr="007252E1">
        <w:rPr>
          <w:rFonts w:ascii="Times New Roman" w:hAnsi="Times New Roman" w:cs="Times New Roman"/>
          <w:i/>
          <w:sz w:val="28"/>
          <w:szCs w:val="28"/>
        </w:rPr>
        <w:t>26</w:t>
      </w:r>
      <w:r w:rsidRPr="007252E1">
        <w:rPr>
          <w:rFonts w:ascii="Times New Roman" w:hAnsi="Times New Roman" w:cs="Times New Roman"/>
          <w:i/>
          <w:sz w:val="28"/>
          <w:szCs w:val="28"/>
          <w:lang w:val="vi-VN"/>
        </w:rPr>
        <w:t>;</w:t>
      </w:r>
    </w:p>
    <w:p w14:paraId="5C4FB708" w14:textId="169B75ED" w:rsidR="00B140D5" w:rsidRPr="007252E1" w:rsidRDefault="00B140D5" w:rsidP="00B140D5">
      <w:pPr>
        <w:spacing w:before="120" w:after="120" w:line="240" w:lineRule="auto"/>
        <w:ind w:firstLine="720"/>
        <w:jc w:val="both"/>
        <w:rPr>
          <w:rFonts w:ascii="Times New Roman" w:hAnsi="Times New Roman" w:cs="Times New Roman"/>
          <w:i/>
          <w:iCs/>
          <w:sz w:val="28"/>
          <w:szCs w:val="28"/>
        </w:rPr>
      </w:pPr>
      <w:r w:rsidRPr="007252E1">
        <w:rPr>
          <w:rFonts w:ascii="Times New Roman" w:hAnsi="Times New Roman" w:cs="Times New Roman"/>
          <w:i/>
          <w:iCs/>
          <w:sz w:val="28"/>
          <w:szCs w:val="28"/>
        </w:rPr>
        <w:t>Căn cứ Quyết định số 954/QĐ-UBND ngày 28/8/2026 của UBND xã về việc thành lập trường Tiểu học và Trung học cơ sở Nguyễn Khắc Viện.</w:t>
      </w:r>
    </w:p>
    <w:p w14:paraId="632CCCAA" w14:textId="77777777" w:rsidR="00D2522D" w:rsidRPr="007252E1" w:rsidRDefault="004167B2" w:rsidP="00486B97">
      <w:pPr>
        <w:spacing w:after="120" w:line="240" w:lineRule="auto"/>
        <w:ind w:firstLine="720"/>
        <w:jc w:val="both"/>
        <w:rPr>
          <w:rFonts w:ascii="Times New Roman" w:hAnsi="Times New Roman" w:cs="Times New Roman"/>
          <w:i/>
          <w:iCs/>
          <w:sz w:val="28"/>
          <w:szCs w:val="28"/>
        </w:rPr>
      </w:pPr>
      <w:r w:rsidRPr="007252E1">
        <w:rPr>
          <w:rFonts w:ascii="Times New Roman" w:hAnsi="Times New Roman" w:cs="Times New Roman"/>
          <w:i/>
          <w:iCs/>
          <w:sz w:val="28"/>
          <w:szCs w:val="28"/>
        </w:rPr>
        <w:t>Theo đề nghị của Trưởng Phòng Văn hóa - Xã hộ</w:t>
      </w:r>
      <w:r w:rsidR="004D783A" w:rsidRPr="007252E1">
        <w:rPr>
          <w:rFonts w:ascii="Times New Roman" w:hAnsi="Times New Roman" w:cs="Times New Roman"/>
          <w:i/>
          <w:iCs/>
          <w:sz w:val="28"/>
          <w:szCs w:val="28"/>
        </w:rPr>
        <w:t>i.</w:t>
      </w:r>
      <w:r w:rsidR="00AA6574" w:rsidRPr="007252E1">
        <w:rPr>
          <w:rFonts w:ascii="Times New Roman" w:hAnsi="Times New Roman" w:cs="Times New Roman"/>
          <w:i/>
          <w:iCs/>
          <w:sz w:val="28"/>
          <w:szCs w:val="28"/>
        </w:rPr>
        <w:t xml:space="preserve"> </w:t>
      </w:r>
    </w:p>
    <w:p w14:paraId="48B47B83" w14:textId="77777777" w:rsidR="004D783A" w:rsidRPr="007252E1" w:rsidRDefault="004167B2" w:rsidP="00486B97">
      <w:pPr>
        <w:spacing w:after="120" w:line="240" w:lineRule="auto"/>
        <w:jc w:val="center"/>
        <w:rPr>
          <w:rFonts w:ascii="Times New Roman" w:hAnsi="Times New Roman" w:cs="Times New Roman"/>
          <w:b/>
          <w:bCs/>
          <w:sz w:val="28"/>
          <w:szCs w:val="28"/>
        </w:rPr>
      </w:pPr>
      <w:r w:rsidRPr="007252E1">
        <w:rPr>
          <w:rFonts w:ascii="Times New Roman" w:hAnsi="Times New Roman" w:cs="Times New Roman"/>
          <w:b/>
          <w:bCs/>
          <w:sz w:val="28"/>
          <w:szCs w:val="28"/>
        </w:rPr>
        <w:t>QUYẾT ĐỊ</w:t>
      </w:r>
      <w:r w:rsidR="00D2522D" w:rsidRPr="007252E1">
        <w:rPr>
          <w:rFonts w:ascii="Times New Roman" w:hAnsi="Times New Roman" w:cs="Times New Roman"/>
          <w:b/>
          <w:bCs/>
          <w:sz w:val="28"/>
          <w:szCs w:val="28"/>
        </w:rPr>
        <w:t>NH:</w:t>
      </w:r>
    </w:p>
    <w:p w14:paraId="4EF31DB1" w14:textId="1E7C5CBD" w:rsidR="004B501D" w:rsidRPr="007252E1" w:rsidRDefault="004167B2" w:rsidP="00A9793C">
      <w:pPr>
        <w:spacing w:after="120" w:line="240" w:lineRule="auto"/>
        <w:ind w:firstLine="720"/>
        <w:jc w:val="both"/>
        <w:rPr>
          <w:rFonts w:ascii="Times New Roman" w:hAnsi="Times New Roman" w:cs="Times New Roman"/>
          <w:sz w:val="28"/>
          <w:szCs w:val="28"/>
        </w:rPr>
      </w:pPr>
      <w:r w:rsidRPr="007252E1">
        <w:rPr>
          <w:rFonts w:ascii="Times New Roman" w:hAnsi="Times New Roman" w:cs="Times New Roman"/>
          <w:b/>
          <w:bCs/>
          <w:sz w:val="28"/>
          <w:szCs w:val="28"/>
        </w:rPr>
        <w:lastRenderedPageBreak/>
        <w:t>Điều 1.</w:t>
      </w:r>
      <w:r w:rsidRPr="007252E1">
        <w:rPr>
          <w:rFonts w:ascii="Times New Roman" w:hAnsi="Times New Roman" w:cs="Times New Roman"/>
          <w:sz w:val="28"/>
          <w:szCs w:val="28"/>
        </w:rPr>
        <w:t xml:space="preserve"> Sắp xếp, bố</w:t>
      </w:r>
      <w:r w:rsidR="00D2522D" w:rsidRPr="007252E1">
        <w:rPr>
          <w:rFonts w:ascii="Times New Roman" w:hAnsi="Times New Roman" w:cs="Times New Roman"/>
          <w:sz w:val="28"/>
          <w:szCs w:val="28"/>
        </w:rPr>
        <w:t xml:space="preserve"> trí </w:t>
      </w:r>
      <w:r w:rsidR="0088613C" w:rsidRPr="007252E1">
        <w:rPr>
          <w:rFonts w:ascii="Times New Roman" w:hAnsi="Times New Roman" w:cs="Times New Roman"/>
          <w:sz w:val="28"/>
          <w:szCs w:val="28"/>
        </w:rPr>
        <w:t xml:space="preserve">24 </w:t>
      </w:r>
      <w:r w:rsidR="00D2522D" w:rsidRPr="007252E1">
        <w:rPr>
          <w:rFonts w:ascii="Times New Roman" w:hAnsi="Times New Roman" w:cs="Times New Roman"/>
          <w:sz w:val="28"/>
          <w:szCs w:val="28"/>
        </w:rPr>
        <w:t>giáo viên,</w:t>
      </w:r>
      <w:r w:rsidR="0088613C" w:rsidRPr="007252E1">
        <w:rPr>
          <w:rFonts w:ascii="Times New Roman" w:hAnsi="Times New Roman" w:cs="Times New Roman"/>
          <w:sz w:val="28"/>
          <w:szCs w:val="28"/>
        </w:rPr>
        <w:t xml:space="preserve"> 04</w:t>
      </w:r>
      <w:r w:rsidR="00B0419B" w:rsidRPr="007252E1">
        <w:rPr>
          <w:rFonts w:ascii="Times New Roman" w:hAnsi="Times New Roman" w:cs="Times New Roman"/>
          <w:sz w:val="28"/>
          <w:szCs w:val="28"/>
        </w:rPr>
        <w:t xml:space="preserve"> </w:t>
      </w:r>
      <w:r w:rsidRPr="007252E1">
        <w:rPr>
          <w:rFonts w:ascii="Times New Roman" w:hAnsi="Times New Roman" w:cs="Times New Roman"/>
          <w:sz w:val="28"/>
          <w:szCs w:val="28"/>
        </w:rPr>
        <w:t xml:space="preserve">nhân viên Trường </w:t>
      </w:r>
      <w:r w:rsidR="00A22F7F" w:rsidRPr="007252E1">
        <w:rPr>
          <w:rFonts w:ascii="Times New Roman" w:hAnsi="Times New Roman" w:cs="Times New Roman"/>
          <w:sz w:val="28"/>
          <w:szCs w:val="28"/>
        </w:rPr>
        <w:t>THCS</w:t>
      </w:r>
      <w:r w:rsidR="002F4C29" w:rsidRPr="007252E1">
        <w:rPr>
          <w:rFonts w:ascii="Times New Roman" w:hAnsi="Times New Roman" w:cs="Times New Roman"/>
          <w:sz w:val="28"/>
          <w:szCs w:val="28"/>
        </w:rPr>
        <w:t xml:space="preserve"> </w:t>
      </w:r>
      <w:r w:rsidRPr="007252E1">
        <w:rPr>
          <w:rFonts w:ascii="Times New Roman" w:hAnsi="Times New Roman" w:cs="Times New Roman"/>
          <w:sz w:val="28"/>
          <w:szCs w:val="28"/>
        </w:rPr>
        <w:t xml:space="preserve">Sơn </w:t>
      </w:r>
      <w:r w:rsidR="00577CEE" w:rsidRPr="007252E1">
        <w:rPr>
          <w:rFonts w:ascii="Times New Roman" w:hAnsi="Times New Roman" w:cs="Times New Roman"/>
          <w:sz w:val="28"/>
          <w:szCs w:val="28"/>
        </w:rPr>
        <w:t>Tiến</w:t>
      </w:r>
      <w:r w:rsidRPr="007252E1">
        <w:rPr>
          <w:rFonts w:ascii="Times New Roman" w:hAnsi="Times New Roman" w:cs="Times New Roman"/>
          <w:sz w:val="28"/>
          <w:szCs w:val="28"/>
        </w:rPr>
        <w:t xml:space="preserve">, xã </w:t>
      </w:r>
      <w:r w:rsidR="00D2522D" w:rsidRPr="007252E1">
        <w:rPr>
          <w:rFonts w:ascii="Times New Roman" w:hAnsi="Times New Roman" w:cs="Times New Roman"/>
          <w:sz w:val="28"/>
          <w:szCs w:val="28"/>
        </w:rPr>
        <w:t>Sơn Tiến</w:t>
      </w:r>
      <w:r w:rsidRPr="007252E1">
        <w:rPr>
          <w:rFonts w:ascii="Times New Roman" w:hAnsi="Times New Roman" w:cs="Times New Roman"/>
          <w:sz w:val="28"/>
          <w:szCs w:val="28"/>
        </w:rPr>
        <w:t>, tỉ</w:t>
      </w:r>
      <w:r w:rsidR="00D2522D" w:rsidRPr="007252E1">
        <w:rPr>
          <w:rFonts w:ascii="Times New Roman" w:hAnsi="Times New Roman" w:cs="Times New Roman"/>
          <w:sz w:val="28"/>
          <w:szCs w:val="28"/>
        </w:rPr>
        <w:t>nh Hà Tĩnh</w:t>
      </w:r>
      <w:r w:rsidR="00A22F7F" w:rsidRPr="007252E1">
        <w:rPr>
          <w:rFonts w:ascii="Times New Roman" w:hAnsi="Times New Roman" w:cs="Times New Roman"/>
          <w:sz w:val="28"/>
          <w:szCs w:val="28"/>
        </w:rPr>
        <w:t xml:space="preserve">, </w:t>
      </w:r>
      <w:r w:rsidR="00111109" w:rsidRPr="007252E1">
        <w:rPr>
          <w:rFonts w:ascii="Times New Roman" w:hAnsi="Times New Roman" w:cs="Times New Roman"/>
          <w:sz w:val="28"/>
          <w:szCs w:val="28"/>
        </w:rPr>
        <w:t xml:space="preserve">30 </w:t>
      </w:r>
      <w:r w:rsidR="00A22F7F" w:rsidRPr="007252E1">
        <w:rPr>
          <w:rFonts w:ascii="Times New Roman" w:hAnsi="Times New Roman" w:cs="Times New Roman"/>
          <w:sz w:val="28"/>
          <w:szCs w:val="28"/>
        </w:rPr>
        <w:t>giáo viên,</w:t>
      </w:r>
      <w:r w:rsidR="00111109" w:rsidRPr="007252E1">
        <w:rPr>
          <w:rFonts w:ascii="Times New Roman" w:hAnsi="Times New Roman" w:cs="Times New Roman"/>
          <w:sz w:val="28"/>
          <w:szCs w:val="28"/>
        </w:rPr>
        <w:t xml:space="preserve"> 04</w:t>
      </w:r>
      <w:r w:rsidR="00A22F7F" w:rsidRPr="007252E1">
        <w:rPr>
          <w:rFonts w:ascii="Times New Roman" w:hAnsi="Times New Roman" w:cs="Times New Roman"/>
          <w:sz w:val="28"/>
          <w:szCs w:val="28"/>
        </w:rPr>
        <w:t xml:space="preserve"> nhân viên Trường TH&amp;THCS Sơn </w:t>
      </w:r>
      <w:r w:rsidR="00B5560C" w:rsidRPr="007252E1">
        <w:rPr>
          <w:rFonts w:ascii="Times New Roman" w:hAnsi="Times New Roman" w:cs="Times New Roman"/>
          <w:sz w:val="28"/>
          <w:szCs w:val="28"/>
        </w:rPr>
        <w:t>Lễ</w:t>
      </w:r>
      <w:r w:rsidR="00A22F7F" w:rsidRPr="007252E1">
        <w:rPr>
          <w:rFonts w:ascii="Times New Roman" w:hAnsi="Times New Roman" w:cs="Times New Roman"/>
          <w:sz w:val="28"/>
          <w:szCs w:val="28"/>
        </w:rPr>
        <w:t xml:space="preserve">, xã Sơn Tiến, tỉnh Hà Tĩnh </w:t>
      </w:r>
      <w:r w:rsidR="00D2522D" w:rsidRPr="007252E1">
        <w:rPr>
          <w:rFonts w:ascii="Times New Roman" w:hAnsi="Times New Roman" w:cs="Times New Roman"/>
          <w:sz w:val="28"/>
          <w:szCs w:val="28"/>
        </w:rPr>
        <w:t xml:space="preserve">và </w:t>
      </w:r>
      <w:r w:rsidR="00111109" w:rsidRPr="007252E1">
        <w:rPr>
          <w:rFonts w:ascii="Times New Roman" w:hAnsi="Times New Roman" w:cs="Times New Roman"/>
          <w:sz w:val="28"/>
          <w:szCs w:val="28"/>
        </w:rPr>
        <w:t xml:space="preserve">33 </w:t>
      </w:r>
      <w:r w:rsidR="00B0419B" w:rsidRPr="007252E1">
        <w:rPr>
          <w:rFonts w:ascii="Times New Roman" w:hAnsi="Times New Roman" w:cs="Times New Roman"/>
          <w:sz w:val="28"/>
          <w:szCs w:val="28"/>
        </w:rPr>
        <w:t xml:space="preserve"> </w:t>
      </w:r>
      <w:r w:rsidRPr="007252E1">
        <w:rPr>
          <w:rFonts w:ascii="Times New Roman" w:hAnsi="Times New Roman" w:cs="Times New Roman"/>
          <w:sz w:val="28"/>
          <w:szCs w:val="28"/>
        </w:rPr>
        <w:t xml:space="preserve">giáo viên, </w:t>
      </w:r>
      <w:r w:rsidR="00111109" w:rsidRPr="007252E1">
        <w:rPr>
          <w:rFonts w:ascii="Times New Roman" w:hAnsi="Times New Roman" w:cs="Times New Roman"/>
          <w:sz w:val="28"/>
          <w:szCs w:val="28"/>
        </w:rPr>
        <w:t xml:space="preserve">05 </w:t>
      </w:r>
      <w:r w:rsidRPr="007252E1">
        <w:rPr>
          <w:rFonts w:ascii="Times New Roman" w:hAnsi="Times New Roman" w:cs="Times New Roman"/>
          <w:sz w:val="28"/>
          <w:szCs w:val="28"/>
        </w:rPr>
        <w:t xml:space="preserve">nhân viên Trường </w:t>
      </w:r>
      <w:r w:rsidR="00A22F7F" w:rsidRPr="007252E1">
        <w:rPr>
          <w:rFonts w:ascii="Times New Roman" w:hAnsi="Times New Roman" w:cs="Times New Roman"/>
          <w:sz w:val="28"/>
          <w:szCs w:val="28"/>
        </w:rPr>
        <w:t>THCS</w:t>
      </w:r>
      <w:r w:rsidRPr="007252E1">
        <w:rPr>
          <w:rFonts w:ascii="Times New Roman" w:hAnsi="Times New Roman" w:cs="Times New Roman"/>
          <w:sz w:val="28"/>
          <w:szCs w:val="28"/>
        </w:rPr>
        <w:t xml:space="preserve"> </w:t>
      </w:r>
      <w:r w:rsidR="00A22F7F" w:rsidRPr="007252E1">
        <w:rPr>
          <w:rFonts w:ascii="Times New Roman" w:hAnsi="Times New Roman" w:cs="Times New Roman"/>
          <w:sz w:val="28"/>
          <w:szCs w:val="28"/>
        </w:rPr>
        <w:t>Nguyễn Khắc Viện</w:t>
      </w:r>
      <w:r w:rsidR="00577CEE" w:rsidRPr="007252E1">
        <w:rPr>
          <w:rFonts w:ascii="Times New Roman" w:hAnsi="Times New Roman" w:cs="Times New Roman"/>
          <w:sz w:val="28"/>
          <w:szCs w:val="28"/>
        </w:rPr>
        <w:t>,</w:t>
      </w:r>
      <w:r w:rsidRPr="007252E1">
        <w:rPr>
          <w:rFonts w:ascii="Times New Roman" w:hAnsi="Times New Roman" w:cs="Times New Roman"/>
          <w:sz w:val="28"/>
          <w:szCs w:val="28"/>
        </w:rPr>
        <w:t xml:space="preserve"> xã </w:t>
      </w:r>
      <w:r w:rsidR="00D2522D" w:rsidRPr="007252E1">
        <w:rPr>
          <w:rFonts w:ascii="Times New Roman" w:hAnsi="Times New Roman" w:cs="Times New Roman"/>
          <w:sz w:val="28"/>
          <w:szCs w:val="28"/>
        </w:rPr>
        <w:t>Sơn Tiến</w:t>
      </w:r>
      <w:r w:rsidRPr="007252E1">
        <w:rPr>
          <w:rFonts w:ascii="Times New Roman" w:hAnsi="Times New Roman" w:cs="Times New Roman"/>
          <w:sz w:val="28"/>
          <w:szCs w:val="28"/>
        </w:rPr>
        <w:t>, tỉnh Hà Tĩnh đến nhậ</w:t>
      </w:r>
      <w:r w:rsidR="004D783A" w:rsidRPr="007252E1">
        <w:rPr>
          <w:rFonts w:ascii="Times New Roman" w:hAnsi="Times New Roman" w:cs="Times New Roman"/>
          <w:sz w:val="28"/>
          <w:szCs w:val="28"/>
        </w:rPr>
        <w:t xml:space="preserve">n </w:t>
      </w:r>
      <w:r w:rsidRPr="007252E1">
        <w:rPr>
          <w:rFonts w:ascii="Times New Roman" w:hAnsi="Times New Roman" w:cs="Times New Roman"/>
          <w:sz w:val="28"/>
          <w:szCs w:val="28"/>
        </w:rPr>
        <w:t xml:space="preserve">công tác tại </w:t>
      </w:r>
      <w:bookmarkStart w:id="0" w:name="_Hlk238736667"/>
      <w:r w:rsidRPr="007252E1">
        <w:rPr>
          <w:rFonts w:ascii="Times New Roman" w:hAnsi="Times New Roman" w:cs="Times New Roman"/>
          <w:sz w:val="28"/>
          <w:szCs w:val="28"/>
        </w:rPr>
        <w:t xml:space="preserve">Trường </w:t>
      </w:r>
      <w:r w:rsidR="002F4C29" w:rsidRPr="007252E1">
        <w:rPr>
          <w:rFonts w:ascii="Times New Roman" w:hAnsi="Times New Roman" w:cs="Times New Roman"/>
          <w:sz w:val="28"/>
          <w:szCs w:val="28"/>
        </w:rPr>
        <w:t>Tiểu học</w:t>
      </w:r>
      <w:r w:rsidR="00A22F7F" w:rsidRPr="007252E1">
        <w:rPr>
          <w:rFonts w:ascii="Times New Roman" w:hAnsi="Times New Roman" w:cs="Times New Roman"/>
          <w:sz w:val="28"/>
          <w:szCs w:val="28"/>
        </w:rPr>
        <w:t xml:space="preserve"> và Trung học cơ sở Nguyễn Khắc Viện</w:t>
      </w:r>
      <w:bookmarkEnd w:id="0"/>
      <w:r w:rsidRPr="007252E1">
        <w:rPr>
          <w:rFonts w:ascii="Times New Roman" w:hAnsi="Times New Roman" w:cs="Times New Roman"/>
          <w:sz w:val="28"/>
          <w:szCs w:val="28"/>
        </w:rPr>
        <w:t xml:space="preserve">, xã </w:t>
      </w:r>
      <w:r w:rsidR="00D2522D" w:rsidRPr="007252E1">
        <w:rPr>
          <w:rFonts w:ascii="Times New Roman" w:hAnsi="Times New Roman" w:cs="Times New Roman"/>
          <w:sz w:val="28"/>
          <w:szCs w:val="28"/>
        </w:rPr>
        <w:t>Sơn Tiến</w:t>
      </w:r>
      <w:r w:rsidRPr="007252E1">
        <w:rPr>
          <w:rFonts w:ascii="Times New Roman" w:hAnsi="Times New Roman" w:cs="Times New Roman"/>
          <w:sz w:val="28"/>
          <w:szCs w:val="28"/>
        </w:rPr>
        <w:t>, tỉnh Hà Tĩnh</w:t>
      </w:r>
      <w:r w:rsidR="00486B97" w:rsidRPr="007252E1">
        <w:rPr>
          <w:rFonts w:ascii="Times New Roman" w:hAnsi="Times New Roman" w:cs="Times New Roman"/>
          <w:i/>
          <w:iCs/>
          <w:sz w:val="28"/>
          <w:szCs w:val="28"/>
        </w:rPr>
        <w:t xml:space="preserve">, </w:t>
      </w:r>
      <w:r w:rsidR="00486B97" w:rsidRPr="007252E1">
        <w:rPr>
          <w:rFonts w:ascii="Times New Roman" w:hAnsi="Times New Roman" w:cs="Times New Roman"/>
          <w:sz w:val="28"/>
          <w:szCs w:val="28"/>
        </w:rPr>
        <w:t xml:space="preserve">kể </w:t>
      </w:r>
      <w:r w:rsidRPr="007252E1">
        <w:rPr>
          <w:rFonts w:ascii="Times New Roman" w:hAnsi="Times New Roman" w:cs="Times New Roman"/>
          <w:sz w:val="28"/>
          <w:szCs w:val="28"/>
        </w:rPr>
        <w:t>từ ngày 01/</w:t>
      </w:r>
      <w:r w:rsidR="00577CEE" w:rsidRPr="007252E1">
        <w:rPr>
          <w:rFonts w:ascii="Times New Roman" w:hAnsi="Times New Roman" w:cs="Times New Roman"/>
          <w:sz w:val="28"/>
          <w:szCs w:val="28"/>
        </w:rPr>
        <w:t>9</w:t>
      </w:r>
      <w:r w:rsidR="004D783A" w:rsidRPr="007252E1">
        <w:rPr>
          <w:rFonts w:ascii="Times New Roman" w:hAnsi="Times New Roman" w:cs="Times New Roman"/>
          <w:sz w:val="28"/>
          <w:szCs w:val="28"/>
        </w:rPr>
        <w:t>/2026</w:t>
      </w:r>
      <w:r w:rsidR="00A9793C" w:rsidRPr="007252E1">
        <w:rPr>
          <w:rFonts w:ascii="Times New Roman" w:hAnsi="Times New Roman" w:cs="Times New Roman"/>
          <w:sz w:val="28"/>
          <w:szCs w:val="28"/>
        </w:rPr>
        <w:t xml:space="preserve"> </w:t>
      </w:r>
      <w:r w:rsidR="004D783A" w:rsidRPr="007252E1">
        <w:rPr>
          <w:rFonts w:ascii="Times New Roman" w:hAnsi="Times New Roman" w:cs="Times New Roman"/>
          <w:i/>
          <w:iCs/>
          <w:sz w:val="28"/>
          <w:szCs w:val="28"/>
        </w:rPr>
        <w:t>(</w:t>
      </w:r>
      <w:r w:rsidR="00A9793C" w:rsidRPr="007252E1">
        <w:rPr>
          <w:rFonts w:ascii="Times New Roman" w:hAnsi="Times New Roman" w:cs="Times New Roman"/>
          <w:i/>
          <w:iCs/>
          <w:sz w:val="28"/>
          <w:szCs w:val="28"/>
        </w:rPr>
        <w:t>c</w:t>
      </w:r>
      <w:r w:rsidR="004D783A" w:rsidRPr="007252E1">
        <w:rPr>
          <w:rFonts w:ascii="Times New Roman" w:hAnsi="Times New Roman" w:cs="Times New Roman"/>
          <w:i/>
          <w:iCs/>
          <w:sz w:val="28"/>
          <w:szCs w:val="28"/>
        </w:rPr>
        <w:t>ó danh sách kèm theo)</w:t>
      </w:r>
      <w:r w:rsidR="00A9793C" w:rsidRPr="007252E1">
        <w:rPr>
          <w:rFonts w:ascii="Times New Roman" w:hAnsi="Times New Roman" w:cs="Times New Roman"/>
          <w:i/>
          <w:iCs/>
          <w:sz w:val="28"/>
          <w:szCs w:val="28"/>
        </w:rPr>
        <w:t>.</w:t>
      </w:r>
    </w:p>
    <w:p w14:paraId="3AC0EED5" w14:textId="7792390C" w:rsidR="00A9793C" w:rsidRPr="007252E1" w:rsidRDefault="00A9793C" w:rsidP="00486B97">
      <w:pPr>
        <w:spacing w:after="120" w:line="240" w:lineRule="auto"/>
        <w:ind w:firstLine="720"/>
        <w:jc w:val="both"/>
        <w:rPr>
          <w:rFonts w:ascii="Times New Roman" w:hAnsi="Times New Roman" w:cs="Times New Roman"/>
          <w:b/>
          <w:bCs/>
          <w:spacing w:val="-4"/>
          <w:sz w:val="28"/>
          <w:szCs w:val="28"/>
        </w:rPr>
      </w:pPr>
      <w:r w:rsidRPr="007252E1">
        <w:rPr>
          <w:rFonts w:ascii="Times New Roman" w:hAnsi="Times New Roman" w:cs="Times New Roman"/>
          <w:sz w:val="28"/>
          <w:szCs w:val="28"/>
        </w:rPr>
        <w:t>Hiệu trưởng Trường Tiểu học và THCS Nguyễn Khắc Viện phân công nhiệm vụ và ký hợp đồng làm việc đối với từng viên chức theo quy định</w:t>
      </w:r>
      <w:r w:rsidRPr="007252E1">
        <w:rPr>
          <w:rFonts w:ascii="Times New Roman" w:hAnsi="Times New Roman" w:cs="Times New Roman"/>
          <w:b/>
          <w:bCs/>
          <w:spacing w:val="-4"/>
          <w:sz w:val="28"/>
          <w:szCs w:val="28"/>
        </w:rPr>
        <w:t xml:space="preserve"> </w:t>
      </w:r>
    </w:p>
    <w:p w14:paraId="6C63C1D3" w14:textId="169721F8" w:rsidR="004167B2" w:rsidRPr="007252E1" w:rsidRDefault="004167B2" w:rsidP="00486B97">
      <w:pPr>
        <w:spacing w:after="120" w:line="240" w:lineRule="auto"/>
        <w:ind w:firstLine="720"/>
        <w:jc w:val="both"/>
        <w:rPr>
          <w:rFonts w:ascii="Times New Roman" w:hAnsi="Times New Roman" w:cs="Times New Roman"/>
          <w:spacing w:val="-4"/>
          <w:sz w:val="28"/>
          <w:szCs w:val="28"/>
        </w:rPr>
      </w:pPr>
      <w:r w:rsidRPr="007252E1">
        <w:rPr>
          <w:rFonts w:ascii="Times New Roman" w:hAnsi="Times New Roman" w:cs="Times New Roman"/>
          <w:b/>
          <w:bCs/>
          <w:spacing w:val="-4"/>
          <w:sz w:val="28"/>
          <w:szCs w:val="28"/>
        </w:rPr>
        <w:t>Điều 2.</w:t>
      </w:r>
      <w:r w:rsidRPr="007252E1">
        <w:rPr>
          <w:rFonts w:ascii="Times New Roman" w:hAnsi="Times New Roman" w:cs="Times New Roman"/>
          <w:spacing w:val="-4"/>
          <w:sz w:val="28"/>
          <w:szCs w:val="28"/>
        </w:rPr>
        <w:t xml:space="preserve"> Tiền lương và các khoản phụ cấp </w:t>
      </w:r>
      <w:r w:rsidRPr="007252E1">
        <w:rPr>
          <w:rFonts w:ascii="Times New Roman" w:hAnsi="Times New Roman" w:cs="Times New Roman"/>
          <w:i/>
          <w:iCs/>
          <w:spacing w:val="-4"/>
          <w:sz w:val="28"/>
          <w:szCs w:val="28"/>
        </w:rPr>
        <w:t>(nếu có)</w:t>
      </w:r>
      <w:r w:rsidRPr="007252E1">
        <w:rPr>
          <w:rFonts w:ascii="Times New Roman" w:hAnsi="Times New Roman" w:cs="Times New Roman"/>
          <w:spacing w:val="-4"/>
          <w:sz w:val="28"/>
          <w:szCs w:val="28"/>
        </w:rPr>
        <w:t xml:space="preserve"> của các ông (bà) có</w:t>
      </w:r>
      <w:r w:rsidR="00B0419B" w:rsidRPr="007252E1">
        <w:rPr>
          <w:rFonts w:ascii="Times New Roman" w:hAnsi="Times New Roman" w:cs="Times New Roman"/>
          <w:spacing w:val="-4"/>
          <w:sz w:val="28"/>
          <w:szCs w:val="28"/>
        </w:rPr>
        <w:t xml:space="preserve"> tên </w:t>
      </w:r>
      <w:r w:rsidRPr="007252E1">
        <w:rPr>
          <w:rFonts w:ascii="Times New Roman" w:hAnsi="Times New Roman" w:cs="Times New Roman"/>
          <w:spacing w:val="-4"/>
          <w:sz w:val="28"/>
          <w:szCs w:val="28"/>
        </w:rPr>
        <w:t xml:space="preserve">tại Điều 1 do </w:t>
      </w:r>
      <w:r w:rsidR="00A22F7F" w:rsidRPr="007252E1">
        <w:rPr>
          <w:rFonts w:ascii="Times New Roman" w:hAnsi="Times New Roman" w:cs="Times New Roman"/>
          <w:spacing w:val="-4"/>
          <w:sz w:val="28"/>
          <w:szCs w:val="28"/>
        </w:rPr>
        <w:t>Trường Tiểu học và Trung học cơ sở Nguyễn Khắc Viện</w:t>
      </w:r>
      <w:r w:rsidR="002F4C29" w:rsidRPr="007252E1">
        <w:rPr>
          <w:rFonts w:ascii="Times New Roman" w:hAnsi="Times New Roman" w:cs="Times New Roman"/>
          <w:spacing w:val="-4"/>
          <w:sz w:val="28"/>
          <w:szCs w:val="28"/>
        </w:rPr>
        <w:t xml:space="preserve"> </w:t>
      </w:r>
      <w:r w:rsidR="00486B97" w:rsidRPr="007252E1">
        <w:rPr>
          <w:rFonts w:ascii="Times New Roman" w:hAnsi="Times New Roman" w:cs="Times New Roman"/>
          <w:spacing w:val="-4"/>
          <w:sz w:val="28"/>
          <w:szCs w:val="28"/>
        </w:rPr>
        <w:t>thực hiện</w:t>
      </w:r>
      <w:r w:rsidRPr="007252E1">
        <w:rPr>
          <w:rFonts w:ascii="Times New Roman" w:hAnsi="Times New Roman" w:cs="Times New Roman"/>
          <w:spacing w:val="-4"/>
          <w:sz w:val="28"/>
          <w:szCs w:val="28"/>
        </w:rPr>
        <w:t xml:space="preserve"> chi trả </w:t>
      </w:r>
      <w:r w:rsidR="00B0419B" w:rsidRPr="007252E1">
        <w:rPr>
          <w:rFonts w:ascii="Times New Roman" w:hAnsi="Times New Roman" w:cs="Times New Roman"/>
          <w:spacing w:val="-4"/>
          <w:sz w:val="28"/>
          <w:szCs w:val="28"/>
        </w:rPr>
        <w:t xml:space="preserve">theo </w:t>
      </w:r>
      <w:r w:rsidRPr="007252E1">
        <w:rPr>
          <w:rFonts w:ascii="Times New Roman" w:hAnsi="Times New Roman" w:cs="Times New Roman"/>
          <w:spacing w:val="-4"/>
          <w:sz w:val="28"/>
          <w:szCs w:val="28"/>
        </w:rPr>
        <w:t>quy định hiệ</w:t>
      </w:r>
      <w:r w:rsidR="00D2522D" w:rsidRPr="007252E1">
        <w:rPr>
          <w:rFonts w:ascii="Times New Roman" w:hAnsi="Times New Roman" w:cs="Times New Roman"/>
          <w:spacing w:val="-4"/>
          <w:sz w:val="28"/>
          <w:szCs w:val="28"/>
        </w:rPr>
        <w:t xml:space="preserve">n hành. </w:t>
      </w:r>
    </w:p>
    <w:p w14:paraId="4A0FBD47" w14:textId="77777777" w:rsidR="009005FF" w:rsidRPr="007252E1" w:rsidRDefault="004167B2" w:rsidP="00486B97">
      <w:pPr>
        <w:spacing w:after="120" w:line="240" w:lineRule="auto"/>
        <w:ind w:firstLine="720"/>
        <w:jc w:val="both"/>
        <w:rPr>
          <w:rFonts w:ascii="Times New Roman" w:hAnsi="Times New Roman" w:cs="Times New Roman"/>
          <w:sz w:val="28"/>
          <w:szCs w:val="28"/>
        </w:rPr>
      </w:pPr>
      <w:r w:rsidRPr="007252E1">
        <w:rPr>
          <w:rFonts w:ascii="Times New Roman" w:hAnsi="Times New Roman" w:cs="Times New Roman"/>
          <w:b/>
          <w:bCs/>
          <w:sz w:val="28"/>
          <w:szCs w:val="28"/>
        </w:rPr>
        <w:t>Điều 3.</w:t>
      </w:r>
      <w:r w:rsidRPr="007252E1">
        <w:rPr>
          <w:rFonts w:ascii="Times New Roman" w:hAnsi="Times New Roman" w:cs="Times New Roman"/>
          <w:sz w:val="28"/>
          <w:szCs w:val="28"/>
        </w:rPr>
        <w:t xml:space="preserve"> Quyết định này có hiệu lực kể từ</w:t>
      </w:r>
      <w:r w:rsidR="004D783A" w:rsidRPr="007252E1">
        <w:rPr>
          <w:rFonts w:ascii="Times New Roman" w:hAnsi="Times New Roman" w:cs="Times New Roman"/>
          <w:sz w:val="28"/>
          <w:szCs w:val="28"/>
        </w:rPr>
        <w:t xml:space="preserve">  ngày ban hành. </w:t>
      </w:r>
    </w:p>
    <w:p w14:paraId="58DD2FEC" w14:textId="125D1871" w:rsidR="00D2522D" w:rsidRPr="007252E1" w:rsidRDefault="004167B2" w:rsidP="00486B97">
      <w:pPr>
        <w:spacing w:after="120" w:line="240" w:lineRule="auto"/>
        <w:ind w:firstLine="720"/>
        <w:jc w:val="both"/>
        <w:rPr>
          <w:rFonts w:ascii="Times New Roman" w:hAnsi="Times New Roman" w:cs="Times New Roman"/>
          <w:spacing w:val="-2"/>
          <w:sz w:val="28"/>
          <w:szCs w:val="28"/>
        </w:rPr>
      </w:pPr>
      <w:r w:rsidRPr="007252E1">
        <w:rPr>
          <w:rFonts w:ascii="Times New Roman" w:hAnsi="Times New Roman" w:cs="Times New Roman"/>
          <w:spacing w:val="-2"/>
          <w:sz w:val="28"/>
          <w:szCs w:val="28"/>
        </w:rPr>
        <w:t>Chánh Văn phòng HĐND</w:t>
      </w:r>
      <w:r w:rsidR="00577CEE" w:rsidRPr="007252E1">
        <w:rPr>
          <w:rFonts w:ascii="Times New Roman" w:hAnsi="Times New Roman" w:cs="Times New Roman"/>
          <w:spacing w:val="-2"/>
          <w:sz w:val="28"/>
          <w:szCs w:val="28"/>
        </w:rPr>
        <w:t xml:space="preserve"> </w:t>
      </w:r>
      <w:r w:rsidRPr="007252E1">
        <w:rPr>
          <w:rFonts w:ascii="Times New Roman" w:hAnsi="Times New Roman" w:cs="Times New Roman"/>
          <w:spacing w:val="-2"/>
          <w:sz w:val="28"/>
          <w:szCs w:val="28"/>
        </w:rPr>
        <w:t>-</w:t>
      </w:r>
      <w:r w:rsidR="00577CEE" w:rsidRPr="007252E1">
        <w:rPr>
          <w:rFonts w:ascii="Times New Roman" w:hAnsi="Times New Roman" w:cs="Times New Roman"/>
          <w:spacing w:val="-2"/>
          <w:sz w:val="28"/>
          <w:szCs w:val="28"/>
        </w:rPr>
        <w:t xml:space="preserve"> </w:t>
      </w:r>
      <w:r w:rsidRPr="007252E1">
        <w:rPr>
          <w:rFonts w:ascii="Times New Roman" w:hAnsi="Times New Roman" w:cs="Times New Roman"/>
          <w:spacing w:val="-2"/>
          <w:sz w:val="28"/>
          <w:szCs w:val="28"/>
        </w:rPr>
        <w:t>UBND xã; Trưở</w:t>
      </w:r>
      <w:r w:rsidR="004D783A" w:rsidRPr="007252E1">
        <w:rPr>
          <w:rFonts w:ascii="Times New Roman" w:hAnsi="Times New Roman" w:cs="Times New Roman"/>
          <w:spacing w:val="-2"/>
          <w:sz w:val="28"/>
          <w:szCs w:val="28"/>
        </w:rPr>
        <w:t xml:space="preserve">ng các phòng: Văn hóa - </w:t>
      </w:r>
      <w:r w:rsidRPr="007252E1">
        <w:rPr>
          <w:rFonts w:ascii="Times New Roman" w:hAnsi="Times New Roman" w:cs="Times New Roman"/>
          <w:spacing w:val="-2"/>
          <w:sz w:val="28"/>
          <w:szCs w:val="28"/>
        </w:rPr>
        <w:t xml:space="preserve">Xã hội, Kinh tế; Hiệu trưởng </w:t>
      </w:r>
      <w:r w:rsidR="00A22F7F" w:rsidRPr="007252E1">
        <w:rPr>
          <w:rFonts w:ascii="Times New Roman" w:hAnsi="Times New Roman" w:cs="Times New Roman"/>
          <w:sz w:val="28"/>
          <w:szCs w:val="28"/>
        </w:rPr>
        <w:t>Trường Tiểu học và Trung học cơ sở Nguyễn Khắc Viện</w:t>
      </w:r>
      <w:r w:rsidRPr="007252E1">
        <w:rPr>
          <w:rFonts w:ascii="Times New Roman" w:hAnsi="Times New Roman" w:cs="Times New Roman"/>
          <w:spacing w:val="-2"/>
          <w:sz w:val="28"/>
          <w:szCs w:val="28"/>
        </w:rPr>
        <w:t>; Thủ trưởng các cơ quan, đơn vị</w:t>
      </w:r>
      <w:r w:rsidR="004D783A" w:rsidRPr="007252E1">
        <w:rPr>
          <w:rFonts w:ascii="Times New Roman" w:hAnsi="Times New Roman" w:cs="Times New Roman"/>
          <w:spacing w:val="-2"/>
          <w:sz w:val="28"/>
          <w:szCs w:val="28"/>
        </w:rPr>
        <w:t xml:space="preserve"> </w:t>
      </w:r>
      <w:r w:rsidR="00577CEE" w:rsidRPr="007252E1">
        <w:rPr>
          <w:rFonts w:ascii="Times New Roman" w:hAnsi="Times New Roman" w:cs="Times New Roman"/>
          <w:spacing w:val="-2"/>
          <w:sz w:val="28"/>
          <w:szCs w:val="28"/>
        </w:rPr>
        <w:t xml:space="preserve">có </w:t>
      </w:r>
      <w:r w:rsidR="004D783A" w:rsidRPr="007252E1">
        <w:rPr>
          <w:rFonts w:ascii="Times New Roman" w:hAnsi="Times New Roman" w:cs="Times New Roman"/>
          <w:spacing w:val="-2"/>
          <w:sz w:val="28"/>
          <w:szCs w:val="28"/>
        </w:rPr>
        <w:t xml:space="preserve">liên quan </w:t>
      </w:r>
      <w:r w:rsidRPr="007252E1">
        <w:rPr>
          <w:rFonts w:ascii="Times New Roman" w:hAnsi="Times New Roman" w:cs="Times New Roman"/>
          <w:spacing w:val="-2"/>
          <w:sz w:val="28"/>
          <w:szCs w:val="28"/>
        </w:rPr>
        <w:t>và các ông (bà) có tên tại Điều 1 căn cứ</w:t>
      </w:r>
      <w:r w:rsidR="004D783A" w:rsidRPr="007252E1">
        <w:rPr>
          <w:rFonts w:ascii="Times New Roman" w:hAnsi="Times New Roman" w:cs="Times New Roman"/>
          <w:spacing w:val="-2"/>
          <w:sz w:val="28"/>
          <w:szCs w:val="28"/>
        </w:rPr>
        <w:t xml:space="preserve"> </w:t>
      </w:r>
      <w:r w:rsidRPr="007252E1">
        <w:rPr>
          <w:rFonts w:ascii="Times New Roman" w:hAnsi="Times New Roman" w:cs="Times New Roman"/>
          <w:spacing w:val="-2"/>
          <w:sz w:val="28"/>
          <w:szCs w:val="28"/>
        </w:rPr>
        <w:t>Quyết đị</w:t>
      </w:r>
      <w:r w:rsidR="00D2522D" w:rsidRPr="007252E1">
        <w:rPr>
          <w:rFonts w:ascii="Times New Roman" w:hAnsi="Times New Roman" w:cs="Times New Roman"/>
          <w:spacing w:val="-2"/>
          <w:sz w:val="28"/>
          <w:szCs w:val="28"/>
        </w:rPr>
        <w:t xml:space="preserve">nh thi hành./.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505"/>
      </w:tblGrid>
      <w:tr w:rsidR="0024162B" w:rsidRPr="007252E1" w14:paraId="23D98C82" w14:textId="77777777" w:rsidTr="0024162B">
        <w:tc>
          <w:tcPr>
            <w:tcW w:w="4783" w:type="dxa"/>
          </w:tcPr>
          <w:p w14:paraId="3884567D" w14:textId="7D34C618" w:rsidR="0024162B" w:rsidRPr="007252E1" w:rsidRDefault="0024162B" w:rsidP="00FF0E7C">
            <w:pPr>
              <w:jc w:val="both"/>
              <w:rPr>
                <w:rFonts w:ascii="Times New Roman" w:hAnsi="Times New Roman" w:cs="Times New Roman"/>
                <w:b/>
                <w:sz w:val="24"/>
                <w:szCs w:val="24"/>
                <w:lang w:val="nl-NL"/>
              </w:rPr>
            </w:pPr>
            <w:r w:rsidRPr="007252E1">
              <w:rPr>
                <w:rFonts w:ascii="Times New Roman" w:hAnsi="Times New Roman" w:cs="Times New Roman"/>
                <w:b/>
                <w:i/>
                <w:iCs/>
                <w:sz w:val="24"/>
                <w:szCs w:val="24"/>
                <w:lang w:val="nl-NL"/>
              </w:rPr>
              <w:t>Nơi nhận</w:t>
            </w:r>
            <w:r w:rsidRPr="007252E1">
              <w:rPr>
                <w:rFonts w:ascii="Times New Roman" w:hAnsi="Times New Roman" w:cs="Times New Roman"/>
                <w:b/>
                <w:sz w:val="24"/>
                <w:szCs w:val="24"/>
                <w:lang w:val="nl-NL"/>
              </w:rPr>
              <w:t>:</w:t>
            </w:r>
          </w:p>
          <w:p w14:paraId="47F6C683" w14:textId="77777777" w:rsidR="0024162B" w:rsidRPr="007252E1" w:rsidRDefault="0024162B" w:rsidP="00FF0E7C">
            <w:pPr>
              <w:jc w:val="both"/>
              <w:rPr>
                <w:rFonts w:ascii="Times New Roman" w:hAnsi="Times New Roman" w:cs="Times New Roman"/>
                <w:lang w:val="nl-NL"/>
              </w:rPr>
            </w:pPr>
            <w:r w:rsidRPr="007252E1">
              <w:rPr>
                <w:rFonts w:ascii="Times New Roman" w:hAnsi="Times New Roman" w:cs="Times New Roman"/>
                <w:lang w:val="nl-NL"/>
              </w:rPr>
              <w:t>- Như Điều 3;</w:t>
            </w:r>
          </w:p>
          <w:p w14:paraId="612A65E8" w14:textId="77EE915F" w:rsidR="0024162B" w:rsidRDefault="0024162B" w:rsidP="00FF0E7C">
            <w:pPr>
              <w:jc w:val="both"/>
              <w:rPr>
                <w:rFonts w:ascii="Times New Roman" w:hAnsi="Times New Roman" w:cs="Times New Roman"/>
                <w:lang w:val="nl-NL"/>
              </w:rPr>
            </w:pPr>
            <w:r w:rsidRPr="007252E1">
              <w:rPr>
                <w:rFonts w:ascii="Times New Roman" w:hAnsi="Times New Roman" w:cs="Times New Roman"/>
                <w:lang w:val="nl-NL"/>
              </w:rPr>
              <w:t>- T</w:t>
            </w:r>
            <w:r w:rsidR="00103543" w:rsidRPr="007252E1">
              <w:rPr>
                <w:rFonts w:ascii="Times New Roman" w:hAnsi="Times New Roman" w:cs="Times New Roman"/>
                <w:lang w:val="nl-NL"/>
              </w:rPr>
              <w:t>Tr</w:t>
            </w:r>
            <w:r w:rsidRPr="007252E1">
              <w:rPr>
                <w:rFonts w:ascii="Times New Roman" w:hAnsi="Times New Roman" w:cs="Times New Roman"/>
                <w:lang w:val="nl-NL"/>
              </w:rPr>
              <w:t>: Đảng ủy, HĐND xã</w:t>
            </w:r>
            <w:r w:rsidR="00103543" w:rsidRPr="007252E1">
              <w:rPr>
                <w:rFonts w:ascii="Times New Roman" w:hAnsi="Times New Roman" w:cs="Times New Roman"/>
                <w:lang w:val="nl-NL"/>
              </w:rPr>
              <w:t xml:space="preserve"> (để b/c)</w:t>
            </w:r>
            <w:r w:rsidR="007414DE">
              <w:rPr>
                <w:rFonts w:ascii="Times New Roman" w:hAnsi="Times New Roman" w:cs="Times New Roman"/>
                <w:lang w:val="nl-NL"/>
              </w:rPr>
              <w:t>;</w:t>
            </w:r>
          </w:p>
          <w:p w14:paraId="329458B6" w14:textId="00F99C79" w:rsidR="0024162B" w:rsidRPr="007252E1" w:rsidRDefault="0024162B" w:rsidP="00FF0E7C">
            <w:pPr>
              <w:jc w:val="both"/>
              <w:rPr>
                <w:rFonts w:ascii="Times New Roman" w:hAnsi="Times New Roman" w:cs="Times New Roman"/>
                <w:lang w:val="nl-NL"/>
              </w:rPr>
            </w:pPr>
            <w:r w:rsidRPr="007252E1">
              <w:rPr>
                <w:rFonts w:ascii="Times New Roman" w:hAnsi="Times New Roman" w:cs="Times New Roman"/>
                <w:lang w:val="nl-NL"/>
              </w:rPr>
              <w:t>- Chủ tịch, các P</w:t>
            </w:r>
            <w:r w:rsidR="00577CEE" w:rsidRPr="007252E1">
              <w:rPr>
                <w:rFonts w:ascii="Times New Roman" w:hAnsi="Times New Roman" w:cs="Times New Roman"/>
                <w:lang w:val="nl-NL"/>
              </w:rPr>
              <w:t>CT</w:t>
            </w:r>
            <w:r w:rsidR="007414DE">
              <w:rPr>
                <w:rFonts w:ascii="Times New Roman" w:hAnsi="Times New Roman" w:cs="Times New Roman"/>
                <w:lang w:val="nl-NL"/>
              </w:rPr>
              <w:t xml:space="preserve"> </w:t>
            </w:r>
            <w:r w:rsidRPr="007252E1">
              <w:rPr>
                <w:rFonts w:ascii="Times New Roman" w:hAnsi="Times New Roman" w:cs="Times New Roman"/>
                <w:lang w:val="nl-NL"/>
              </w:rPr>
              <w:t>UBND xã;</w:t>
            </w:r>
          </w:p>
          <w:p w14:paraId="001C1962" w14:textId="77777777" w:rsidR="0024162B" w:rsidRPr="007252E1" w:rsidRDefault="0024162B" w:rsidP="00FF0E7C">
            <w:pPr>
              <w:spacing w:after="80"/>
              <w:jc w:val="both"/>
              <w:rPr>
                <w:rFonts w:ascii="Times New Roman" w:hAnsi="Times New Roman" w:cs="Times New Roman"/>
                <w:sz w:val="28"/>
                <w:szCs w:val="28"/>
                <w:lang w:val="nl-NL"/>
              </w:rPr>
            </w:pPr>
            <w:r w:rsidRPr="007252E1">
              <w:rPr>
                <w:rFonts w:ascii="Times New Roman" w:hAnsi="Times New Roman" w:cs="Times New Roman"/>
                <w:lang w:val="nl-NL"/>
              </w:rPr>
              <w:t>- Lưu: VT, VHXH.</w:t>
            </w:r>
          </w:p>
        </w:tc>
        <w:tc>
          <w:tcPr>
            <w:tcW w:w="4505" w:type="dxa"/>
          </w:tcPr>
          <w:p w14:paraId="51068138" w14:textId="77777777" w:rsidR="0024162B" w:rsidRPr="007252E1" w:rsidRDefault="0024162B" w:rsidP="00FF0E7C">
            <w:pPr>
              <w:spacing w:line="340" w:lineRule="exact"/>
              <w:jc w:val="center"/>
              <w:rPr>
                <w:rFonts w:ascii="Times New Roman" w:hAnsi="Times New Roman" w:cs="Times New Roman"/>
                <w:b/>
                <w:sz w:val="26"/>
                <w:szCs w:val="26"/>
                <w:lang w:val="nl-NL"/>
              </w:rPr>
            </w:pPr>
            <w:r w:rsidRPr="007252E1">
              <w:rPr>
                <w:rFonts w:ascii="Times New Roman" w:hAnsi="Times New Roman" w:cs="Times New Roman"/>
                <w:b/>
                <w:sz w:val="26"/>
                <w:szCs w:val="26"/>
                <w:lang w:val="nl-NL"/>
              </w:rPr>
              <w:t>CHỦ TỊCH</w:t>
            </w:r>
          </w:p>
          <w:p w14:paraId="0198192A" w14:textId="77777777" w:rsidR="0024162B" w:rsidRPr="007252E1" w:rsidRDefault="0024162B" w:rsidP="00FF0E7C">
            <w:pPr>
              <w:spacing w:line="340" w:lineRule="exact"/>
              <w:jc w:val="center"/>
              <w:rPr>
                <w:rFonts w:ascii="Times New Roman" w:hAnsi="Times New Roman" w:cs="Times New Roman"/>
                <w:b/>
                <w:sz w:val="28"/>
                <w:szCs w:val="28"/>
                <w:lang w:val="nl-NL"/>
              </w:rPr>
            </w:pPr>
          </w:p>
          <w:p w14:paraId="430A1DA0" w14:textId="77777777" w:rsidR="0024162B" w:rsidRPr="007252E1" w:rsidRDefault="0024162B" w:rsidP="00FF0E7C">
            <w:pPr>
              <w:spacing w:line="340" w:lineRule="exact"/>
              <w:jc w:val="center"/>
              <w:rPr>
                <w:rFonts w:ascii="Times New Roman" w:hAnsi="Times New Roman" w:cs="Times New Roman"/>
                <w:b/>
                <w:sz w:val="28"/>
                <w:szCs w:val="28"/>
                <w:lang w:val="nl-NL"/>
              </w:rPr>
            </w:pPr>
          </w:p>
          <w:p w14:paraId="761F53E5" w14:textId="566EDC4E" w:rsidR="0024162B" w:rsidRPr="007252E1" w:rsidRDefault="0024162B" w:rsidP="00FF0E7C">
            <w:pPr>
              <w:spacing w:line="300" w:lineRule="exact"/>
              <w:jc w:val="center"/>
              <w:rPr>
                <w:rFonts w:ascii="Times New Roman" w:hAnsi="Times New Roman" w:cs="Times New Roman"/>
                <w:b/>
                <w:sz w:val="28"/>
                <w:szCs w:val="28"/>
                <w:lang w:val="nl-NL"/>
              </w:rPr>
            </w:pPr>
          </w:p>
          <w:p w14:paraId="760685C2" w14:textId="049B0647" w:rsidR="00486B97" w:rsidRPr="007252E1" w:rsidRDefault="00486B97" w:rsidP="00FF0E7C">
            <w:pPr>
              <w:spacing w:line="300" w:lineRule="exact"/>
              <w:jc w:val="center"/>
              <w:rPr>
                <w:rFonts w:ascii="Times New Roman" w:hAnsi="Times New Roman" w:cs="Times New Roman"/>
                <w:b/>
                <w:sz w:val="28"/>
                <w:szCs w:val="28"/>
                <w:lang w:val="nl-NL"/>
              </w:rPr>
            </w:pPr>
          </w:p>
          <w:p w14:paraId="4A4C77A2" w14:textId="77777777" w:rsidR="00577CEE" w:rsidRPr="007252E1" w:rsidRDefault="00577CEE" w:rsidP="00FF0E7C">
            <w:pPr>
              <w:spacing w:line="300" w:lineRule="exact"/>
              <w:jc w:val="center"/>
              <w:rPr>
                <w:rFonts w:ascii="Times New Roman" w:hAnsi="Times New Roman" w:cs="Times New Roman"/>
                <w:b/>
                <w:sz w:val="28"/>
                <w:szCs w:val="28"/>
                <w:lang w:val="nl-NL"/>
              </w:rPr>
            </w:pPr>
          </w:p>
          <w:p w14:paraId="2AE27C84" w14:textId="77777777" w:rsidR="0024162B" w:rsidRPr="007252E1" w:rsidRDefault="0024162B" w:rsidP="00FF0E7C">
            <w:pPr>
              <w:spacing w:line="300" w:lineRule="exact"/>
              <w:rPr>
                <w:rFonts w:ascii="Times New Roman" w:hAnsi="Times New Roman" w:cs="Times New Roman"/>
                <w:b/>
                <w:sz w:val="28"/>
                <w:szCs w:val="28"/>
                <w:lang w:val="nl-NL"/>
              </w:rPr>
            </w:pPr>
          </w:p>
          <w:p w14:paraId="4DCFA566" w14:textId="77777777" w:rsidR="0024162B" w:rsidRPr="007252E1" w:rsidRDefault="0024162B" w:rsidP="00FF0E7C">
            <w:pPr>
              <w:spacing w:line="300" w:lineRule="exact"/>
              <w:rPr>
                <w:rFonts w:ascii="Times New Roman" w:hAnsi="Times New Roman" w:cs="Times New Roman"/>
                <w:b/>
                <w:sz w:val="28"/>
                <w:szCs w:val="28"/>
                <w:lang w:val="nl-NL"/>
              </w:rPr>
            </w:pPr>
          </w:p>
          <w:p w14:paraId="320924E7" w14:textId="77777777" w:rsidR="0024162B" w:rsidRPr="007252E1" w:rsidRDefault="0024162B" w:rsidP="00FF0E7C">
            <w:pPr>
              <w:spacing w:line="276" w:lineRule="auto"/>
              <w:jc w:val="center"/>
              <w:rPr>
                <w:rFonts w:ascii="Times New Roman" w:hAnsi="Times New Roman" w:cs="Times New Roman"/>
                <w:b/>
                <w:sz w:val="28"/>
                <w:szCs w:val="28"/>
                <w:lang w:val="nl-NL"/>
              </w:rPr>
            </w:pPr>
            <w:r w:rsidRPr="007252E1">
              <w:rPr>
                <w:rFonts w:ascii="Times New Roman" w:hAnsi="Times New Roman" w:cs="Times New Roman"/>
                <w:b/>
                <w:sz w:val="28"/>
                <w:szCs w:val="28"/>
                <w:lang w:val="nl-NL"/>
              </w:rPr>
              <w:t>Phan Tiến Hùng</w:t>
            </w:r>
          </w:p>
        </w:tc>
      </w:tr>
    </w:tbl>
    <w:p w14:paraId="6BF021DA" w14:textId="77777777" w:rsidR="000D1989" w:rsidRPr="007252E1" w:rsidRDefault="00D2522D" w:rsidP="00D2522D">
      <w:pPr>
        <w:spacing w:after="120" w:line="240" w:lineRule="auto"/>
        <w:ind w:firstLine="720"/>
        <w:jc w:val="center"/>
        <w:rPr>
          <w:rFonts w:ascii="Times New Roman" w:hAnsi="Times New Roman" w:cs="Times New Roman"/>
          <w:sz w:val="26"/>
          <w:szCs w:val="26"/>
        </w:rPr>
      </w:pPr>
      <w:r w:rsidRPr="007252E1">
        <w:t xml:space="preserve"> </w:t>
      </w:r>
      <w:r w:rsidRPr="007252E1">
        <w:br/>
        <w:t xml:space="preserve"> </w:t>
      </w:r>
      <w:r w:rsidRPr="007252E1">
        <w:br/>
      </w:r>
      <w:r w:rsidRPr="007252E1">
        <w:rPr>
          <w:rFonts w:ascii="Times New Roman" w:hAnsi="Times New Roman" w:cs="Times New Roman"/>
          <w:sz w:val="26"/>
          <w:szCs w:val="26"/>
        </w:rPr>
        <w:t xml:space="preserve"> </w:t>
      </w:r>
    </w:p>
    <w:p w14:paraId="764FA519"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687DA87D"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37B5BFB8"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5288B66E"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61CB89D4"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58736B1F"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5EE16DAF"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0939C239"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07DCAA8D"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37878C49" w14:textId="77777777" w:rsidR="000D1989" w:rsidRPr="007252E1" w:rsidRDefault="000D1989" w:rsidP="00D2522D">
      <w:pPr>
        <w:spacing w:after="120" w:line="240" w:lineRule="auto"/>
        <w:ind w:firstLine="720"/>
        <w:jc w:val="center"/>
        <w:rPr>
          <w:rFonts w:ascii="Times New Roman" w:hAnsi="Times New Roman" w:cs="Times New Roman"/>
          <w:sz w:val="26"/>
          <w:szCs w:val="26"/>
        </w:rPr>
      </w:pPr>
    </w:p>
    <w:p w14:paraId="2F662C00" w14:textId="77777777" w:rsidR="004B501D" w:rsidRPr="007252E1" w:rsidRDefault="004B501D" w:rsidP="00D2522D">
      <w:pPr>
        <w:spacing w:after="120" w:line="240" w:lineRule="auto"/>
        <w:ind w:firstLine="720"/>
        <w:jc w:val="center"/>
        <w:rPr>
          <w:rFonts w:ascii="Times New Roman" w:hAnsi="Times New Roman" w:cs="Times New Roman"/>
          <w:sz w:val="26"/>
          <w:szCs w:val="26"/>
        </w:rPr>
      </w:pPr>
    </w:p>
    <w:p w14:paraId="2BF1F04E" w14:textId="77777777" w:rsidR="009C2705" w:rsidRPr="007252E1" w:rsidRDefault="009C2705" w:rsidP="00D2522D">
      <w:pPr>
        <w:spacing w:after="120" w:line="240" w:lineRule="auto"/>
        <w:ind w:firstLine="720"/>
        <w:jc w:val="center"/>
        <w:rPr>
          <w:rFonts w:ascii="Times New Roman" w:hAnsi="Times New Roman" w:cs="Times New Roman"/>
          <w:sz w:val="26"/>
          <w:szCs w:val="26"/>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350"/>
      </w:tblGrid>
      <w:tr w:rsidR="000D1989" w:rsidRPr="007252E1" w14:paraId="5306DCB9" w14:textId="77777777" w:rsidTr="003B6940">
        <w:tc>
          <w:tcPr>
            <w:tcW w:w="2972" w:type="dxa"/>
          </w:tcPr>
          <w:p w14:paraId="7DB2C666" w14:textId="77777777" w:rsidR="000D1989" w:rsidRPr="007252E1" w:rsidRDefault="000D1989" w:rsidP="00E53520">
            <w:pPr>
              <w:jc w:val="center"/>
              <w:rPr>
                <w:rFonts w:ascii="Times New Roman" w:hAnsi="Times New Roman" w:cs="Times New Roman"/>
                <w:b/>
                <w:sz w:val="26"/>
                <w:szCs w:val="26"/>
              </w:rPr>
            </w:pPr>
            <w:r w:rsidRPr="007252E1">
              <w:rPr>
                <w:rFonts w:ascii="Times New Roman" w:hAnsi="Times New Roman" w:cs="Times New Roman"/>
                <w:b/>
                <w:sz w:val="26"/>
                <w:szCs w:val="26"/>
              </w:rPr>
              <w:lastRenderedPageBreak/>
              <w:t>ỦY BAN NHÂN DÂN</w:t>
            </w:r>
          </w:p>
          <w:p w14:paraId="4E72456B" w14:textId="77777777" w:rsidR="000D1989" w:rsidRPr="007252E1" w:rsidRDefault="000D1989" w:rsidP="00E53520">
            <w:pPr>
              <w:jc w:val="center"/>
              <w:rPr>
                <w:rFonts w:ascii="Times New Roman" w:hAnsi="Times New Roman" w:cs="Times New Roman"/>
                <w:b/>
                <w:sz w:val="26"/>
                <w:szCs w:val="26"/>
              </w:rPr>
            </w:pPr>
            <w:r w:rsidRPr="007252E1">
              <w:rPr>
                <w:rFonts w:ascii="Times New Roman" w:hAnsi="Times New Roman" w:cs="Times New Roman"/>
                <w:b/>
                <w:noProof/>
                <w:sz w:val="26"/>
                <w:szCs w:val="26"/>
              </w:rPr>
              <mc:AlternateContent>
                <mc:Choice Requires="wps">
                  <w:drawing>
                    <wp:anchor distT="0" distB="0" distL="114300" distR="114300" simplePos="0" relativeHeight="251666432" behindDoc="0" locked="0" layoutInCell="1" allowOverlap="1" wp14:anchorId="1907DF7B" wp14:editId="5E152DED">
                      <wp:simplePos x="0" y="0"/>
                      <wp:positionH relativeFrom="column">
                        <wp:posOffset>-220901260</wp:posOffset>
                      </wp:positionH>
                      <wp:positionV relativeFrom="paragraph">
                        <wp:posOffset>-189437010</wp:posOffset>
                      </wp:positionV>
                      <wp:extent cx="730250" cy="15367"/>
                      <wp:effectExtent l="0" t="0" r="31750" b="22860"/>
                      <wp:wrapNone/>
                      <wp:docPr id="6" name="Straight Connector 6"/>
                      <wp:cNvGraphicFramePr/>
                      <a:graphic xmlns:a="http://schemas.openxmlformats.org/drawingml/2006/main">
                        <a:graphicData uri="http://schemas.microsoft.com/office/word/2010/wordprocessingShape">
                          <wps:wsp>
                            <wps:cNvCnPr/>
                            <wps:spPr>
                              <a:xfrm>
                                <a:off x="0" y="0"/>
                                <a:ext cx="730250" cy="15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8E722C"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393.8pt,-14916.3pt" to="-17336.3pt,-149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" strokecolor="black [3040]"/>
                  </w:pict>
                </mc:Fallback>
              </mc:AlternateContent>
            </w:r>
            <w:r w:rsidRPr="007252E1">
              <w:rPr>
                <w:rFonts w:ascii="Times New Roman" w:hAnsi="Times New Roman" w:cs="Times New Roman"/>
                <w:b/>
                <w:sz w:val="26"/>
                <w:szCs w:val="26"/>
              </w:rPr>
              <w:t>XÃ SƠN TIẾN</w:t>
            </w:r>
          </w:p>
          <w:p w14:paraId="10DDF836" w14:textId="77777777" w:rsidR="000D1989" w:rsidRPr="007252E1" w:rsidRDefault="000D1989" w:rsidP="00E53520">
            <w:pPr>
              <w:jc w:val="center"/>
              <w:rPr>
                <w:rFonts w:ascii="Times New Roman" w:hAnsi="Times New Roman" w:cs="Times New Roman"/>
                <w:b/>
                <w:sz w:val="28"/>
                <w:szCs w:val="28"/>
              </w:rPr>
            </w:pPr>
            <w:r w:rsidRPr="007252E1">
              <w:rPr>
                <w:rFonts w:ascii="Times New Roman" w:hAnsi="Times New Roman" w:cs="Times New Roman"/>
                <w:b/>
                <w:noProof/>
                <w:sz w:val="28"/>
                <w:szCs w:val="28"/>
              </w:rPr>
              <mc:AlternateContent>
                <mc:Choice Requires="wps">
                  <w:drawing>
                    <wp:anchor distT="0" distB="0" distL="114300" distR="114300" simplePos="0" relativeHeight="251668480" behindDoc="0" locked="0" layoutInCell="1" allowOverlap="1" wp14:anchorId="6D8FB86F" wp14:editId="4EEB840F">
                      <wp:simplePos x="0" y="0"/>
                      <wp:positionH relativeFrom="column">
                        <wp:posOffset>581025</wp:posOffset>
                      </wp:positionH>
                      <wp:positionV relativeFrom="paragraph">
                        <wp:posOffset>27940</wp:posOffset>
                      </wp:positionV>
                      <wp:extent cx="4953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0A3C8A"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75pt,2.2pt" to="84.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" strokecolor="black [3040]"/>
                  </w:pict>
                </mc:Fallback>
              </mc:AlternateContent>
            </w:r>
          </w:p>
          <w:p w14:paraId="2E87D708" w14:textId="77777777" w:rsidR="000D1989" w:rsidRPr="007252E1" w:rsidRDefault="000D1989" w:rsidP="00E53520">
            <w:pPr>
              <w:jc w:val="center"/>
              <w:rPr>
                <w:rFonts w:ascii="Times New Roman" w:hAnsi="Times New Roman" w:cs="Times New Roman"/>
                <w:sz w:val="28"/>
                <w:szCs w:val="28"/>
              </w:rPr>
            </w:pPr>
          </w:p>
        </w:tc>
        <w:tc>
          <w:tcPr>
            <w:tcW w:w="6350" w:type="dxa"/>
          </w:tcPr>
          <w:p w14:paraId="2C511637" w14:textId="77777777" w:rsidR="000D1989" w:rsidRPr="007252E1" w:rsidRDefault="000D1989" w:rsidP="00E53520">
            <w:pPr>
              <w:jc w:val="center"/>
              <w:rPr>
                <w:rFonts w:ascii="Times New Roman" w:hAnsi="Times New Roman" w:cs="Times New Roman"/>
                <w:b/>
                <w:sz w:val="26"/>
                <w:szCs w:val="26"/>
              </w:rPr>
            </w:pPr>
            <w:r w:rsidRPr="007252E1">
              <w:rPr>
                <w:rFonts w:ascii="Times New Roman" w:hAnsi="Times New Roman" w:cs="Times New Roman"/>
                <w:b/>
                <w:sz w:val="26"/>
                <w:szCs w:val="26"/>
              </w:rPr>
              <w:t>CỘNG HÒA XÃ HỘI CHỦ NGHĨA VIỆT NAM</w:t>
            </w:r>
          </w:p>
          <w:p w14:paraId="3DCDFA52" w14:textId="77777777" w:rsidR="000D1989" w:rsidRPr="007252E1" w:rsidRDefault="000D1989" w:rsidP="00E53520">
            <w:pPr>
              <w:jc w:val="center"/>
              <w:rPr>
                <w:rFonts w:ascii="Times New Roman" w:hAnsi="Times New Roman" w:cs="Times New Roman"/>
                <w:b/>
                <w:sz w:val="28"/>
                <w:szCs w:val="28"/>
              </w:rPr>
            </w:pPr>
            <w:r w:rsidRPr="007252E1">
              <w:rPr>
                <w:rFonts w:ascii="Times New Roman" w:hAnsi="Times New Roman" w:cs="Times New Roman"/>
                <w:b/>
                <w:sz w:val="28"/>
                <w:szCs w:val="28"/>
              </w:rPr>
              <w:t>Độc lập - Tự do - Hạnh phúc</w:t>
            </w:r>
          </w:p>
          <w:p w14:paraId="2208FA6D" w14:textId="77777777" w:rsidR="000D1989" w:rsidRPr="007252E1" w:rsidRDefault="000D1989" w:rsidP="00E53520">
            <w:pPr>
              <w:jc w:val="center"/>
              <w:rPr>
                <w:rFonts w:ascii="Times New Roman" w:hAnsi="Times New Roman" w:cs="Times New Roman"/>
                <w:b/>
                <w:sz w:val="28"/>
                <w:szCs w:val="28"/>
              </w:rPr>
            </w:pPr>
            <w:r w:rsidRPr="007252E1">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404AA546" wp14:editId="0ADC6E99">
                      <wp:simplePos x="0" y="0"/>
                      <wp:positionH relativeFrom="column">
                        <wp:posOffset>873125</wp:posOffset>
                      </wp:positionH>
                      <wp:positionV relativeFrom="paragraph">
                        <wp:posOffset>36195</wp:posOffset>
                      </wp:positionV>
                      <wp:extent cx="215646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215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42CF1" id="Straight Connector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5pt,2.85pt" to="238.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" strokecolor="black [3040]"/>
                  </w:pict>
                </mc:Fallback>
              </mc:AlternateContent>
            </w:r>
          </w:p>
          <w:p w14:paraId="25EEBE4A" w14:textId="08AD92E8" w:rsidR="00B0419B" w:rsidRPr="007252E1" w:rsidRDefault="000D1989" w:rsidP="00E53520">
            <w:pPr>
              <w:jc w:val="center"/>
              <w:rPr>
                <w:rFonts w:ascii="Times New Roman" w:hAnsi="Times New Roman" w:cs="Times New Roman"/>
                <w:i/>
                <w:sz w:val="16"/>
                <w:szCs w:val="28"/>
              </w:rPr>
            </w:pPr>
            <w:r w:rsidRPr="007252E1">
              <w:rPr>
                <w:rFonts w:ascii="Times New Roman" w:hAnsi="Times New Roman" w:cs="Times New Roman"/>
                <w:i/>
                <w:sz w:val="28"/>
                <w:szCs w:val="28"/>
              </w:rPr>
              <w:t xml:space="preserve">   </w:t>
            </w:r>
          </w:p>
        </w:tc>
      </w:tr>
    </w:tbl>
    <w:p w14:paraId="23624E97" w14:textId="4AFCC6ED" w:rsidR="00D83EF3" w:rsidRPr="007252E1" w:rsidRDefault="004167B2" w:rsidP="00D83EF3">
      <w:pPr>
        <w:spacing w:after="0" w:line="240" w:lineRule="auto"/>
        <w:jc w:val="center"/>
        <w:rPr>
          <w:rFonts w:ascii="Times New Roman" w:hAnsi="Times New Roman" w:cs="Times New Roman"/>
          <w:b/>
          <w:sz w:val="28"/>
          <w:szCs w:val="28"/>
        </w:rPr>
      </w:pPr>
      <w:r w:rsidRPr="007252E1">
        <w:rPr>
          <w:rFonts w:ascii="Times New Roman" w:hAnsi="Times New Roman" w:cs="Times New Roman"/>
          <w:b/>
          <w:sz w:val="28"/>
          <w:szCs w:val="28"/>
        </w:rPr>
        <w:t>DANH SÁCH</w:t>
      </w:r>
    </w:p>
    <w:p w14:paraId="494E75C1" w14:textId="47253647" w:rsidR="00FD34A2" w:rsidRPr="007252E1" w:rsidRDefault="004167B2" w:rsidP="00A22F7F">
      <w:pPr>
        <w:spacing w:after="0" w:line="240" w:lineRule="auto"/>
        <w:jc w:val="center"/>
        <w:rPr>
          <w:rFonts w:ascii="Times New Roman" w:hAnsi="Times New Roman" w:cs="Times New Roman"/>
          <w:b/>
          <w:sz w:val="28"/>
          <w:szCs w:val="28"/>
        </w:rPr>
      </w:pPr>
      <w:r w:rsidRPr="007252E1">
        <w:rPr>
          <w:rFonts w:ascii="Times New Roman" w:hAnsi="Times New Roman" w:cs="Times New Roman"/>
          <w:b/>
          <w:sz w:val="28"/>
          <w:szCs w:val="28"/>
        </w:rPr>
        <w:t xml:space="preserve">Sắp xếp và bố trí công tác đối với giáo viên, nhân viên </w:t>
      </w:r>
      <w:r w:rsidR="00A22F7F" w:rsidRPr="007252E1">
        <w:rPr>
          <w:rFonts w:ascii="Times New Roman" w:hAnsi="Times New Roman" w:cs="Times New Roman"/>
          <w:b/>
          <w:sz w:val="28"/>
          <w:szCs w:val="28"/>
        </w:rPr>
        <w:t>Trường Tiểu học và Trung học cơ sở Nguyễn Khắc Viện</w:t>
      </w:r>
      <w:r w:rsidRPr="007252E1">
        <w:rPr>
          <w:rFonts w:ascii="Times New Roman" w:hAnsi="Times New Roman" w:cs="Times New Roman"/>
          <w:b/>
          <w:sz w:val="28"/>
          <w:szCs w:val="28"/>
        </w:rPr>
        <w:t xml:space="preserve">, xã </w:t>
      </w:r>
      <w:r w:rsidR="00D2522D" w:rsidRPr="007252E1">
        <w:rPr>
          <w:rFonts w:ascii="Times New Roman" w:hAnsi="Times New Roman" w:cs="Times New Roman"/>
          <w:b/>
          <w:sz w:val="28"/>
          <w:szCs w:val="28"/>
        </w:rPr>
        <w:t>Sơn Tiến</w:t>
      </w:r>
      <w:r w:rsidRPr="007252E1">
        <w:rPr>
          <w:rFonts w:ascii="Times New Roman" w:hAnsi="Times New Roman" w:cs="Times New Roman"/>
          <w:b/>
          <w:sz w:val="28"/>
          <w:szCs w:val="28"/>
        </w:rPr>
        <w:t xml:space="preserve">, tỉnh Hà Tĩnh </w:t>
      </w:r>
      <w:r w:rsidRPr="007252E1">
        <w:rPr>
          <w:rFonts w:ascii="Times New Roman" w:hAnsi="Times New Roman" w:cs="Times New Roman"/>
          <w:b/>
          <w:sz w:val="28"/>
          <w:szCs w:val="28"/>
        </w:rPr>
        <w:br/>
      </w:r>
      <w:r w:rsidRPr="0058140E">
        <w:rPr>
          <w:rFonts w:ascii="Times New Roman" w:hAnsi="Times New Roman" w:cs="Times New Roman"/>
          <w:i/>
          <w:spacing w:val="-4"/>
          <w:sz w:val="28"/>
          <w:szCs w:val="28"/>
        </w:rPr>
        <w:t xml:space="preserve">(Kèm theo Quyết định số </w:t>
      </w:r>
      <w:r w:rsidR="008160E9" w:rsidRPr="0058140E">
        <w:rPr>
          <w:rFonts w:ascii="Times New Roman" w:hAnsi="Times New Roman" w:cs="Times New Roman"/>
          <w:i/>
          <w:spacing w:val="-4"/>
          <w:sz w:val="28"/>
          <w:szCs w:val="28"/>
        </w:rPr>
        <w:t xml:space="preserve">  </w:t>
      </w:r>
      <w:r w:rsidR="00B0419B" w:rsidRPr="0058140E">
        <w:rPr>
          <w:rFonts w:ascii="Times New Roman" w:hAnsi="Times New Roman" w:cs="Times New Roman"/>
          <w:i/>
          <w:spacing w:val="-4"/>
          <w:sz w:val="28"/>
          <w:szCs w:val="28"/>
        </w:rPr>
        <w:t xml:space="preserve">  </w:t>
      </w:r>
      <w:r w:rsidR="004B501D" w:rsidRPr="0058140E">
        <w:rPr>
          <w:rFonts w:ascii="Times New Roman" w:hAnsi="Times New Roman" w:cs="Times New Roman"/>
          <w:i/>
          <w:spacing w:val="-4"/>
          <w:sz w:val="28"/>
          <w:szCs w:val="28"/>
        </w:rPr>
        <w:t xml:space="preserve"> </w:t>
      </w:r>
      <w:r w:rsidR="00B0419B" w:rsidRPr="0058140E">
        <w:rPr>
          <w:rFonts w:ascii="Times New Roman" w:hAnsi="Times New Roman" w:cs="Times New Roman"/>
          <w:i/>
          <w:spacing w:val="-4"/>
          <w:sz w:val="28"/>
          <w:szCs w:val="28"/>
        </w:rPr>
        <w:t xml:space="preserve">  /QĐ-UBND ngày   </w:t>
      </w:r>
      <w:r w:rsidR="004B501D" w:rsidRPr="0058140E">
        <w:rPr>
          <w:rFonts w:ascii="Times New Roman" w:hAnsi="Times New Roman" w:cs="Times New Roman"/>
          <w:i/>
          <w:spacing w:val="-4"/>
          <w:sz w:val="28"/>
          <w:szCs w:val="28"/>
        </w:rPr>
        <w:t xml:space="preserve">  </w:t>
      </w:r>
      <w:r w:rsidR="00D2522D" w:rsidRPr="0058140E">
        <w:rPr>
          <w:rFonts w:ascii="Times New Roman" w:hAnsi="Times New Roman" w:cs="Times New Roman"/>
          <w:i/>
          <w:spacing w:val="-4"/>
          <w:sz w:val="28"/>
          <w:szCs w:val="28"/>
        </w:rPr>
        <w:t>/</w:t>
      </w:r>
      <w:r w:rsidR="00577CEE" w:rsidRPr="0058140E">
        <w:rPr>
          <w:rFonts w:ascii="Times New Roman" w:hAnsi="Times New Roman" w:cs="Times New Roman"/>
          <w:i/>
          <w:spacing w:val="-4"/>
          <w:sz w:val="28"/>
          <w:szCs w:val="28"/>
        </w:rPr>
        <w:t>8</w:t>
      </w:r>
      <w:r w:rsidR="00D2522D" w:rsidRPr="0058140E">
        <w:rPr>
          <w:rFonts w:ascii="Times New Roman" w:hAnsi="Times New Roman" w:cs="Times New Roman"/>
          <w:i/>
          <w:spacing w:val="-4"/>
          <w:sz w:val="28"/>
          <w:szCs w:val="28"/>
        </w:rPr>
        <w:t xml:space="preserve">/2026  </w:t>
      </w:r>
      <w:r w:rsidRPr="0058140E">
        <w:rPr>
          <w:rFonts w:ascii="Times New Roman" w:hAnsi="Times New Roman" w:cs="Times New Roman"/>
          <w:i/>
          <w:spacing w:val="-4"/>
          <w:sz w:val="28"/>
          <w:szCs w:val="28"/>
        </w:rPr>
        <w:t xml:space="preserve">của </w:t>
      </w:r>
      <w:r w:rsidR="0058140E" w:rsidRPr="0058140E">
        <w:rPr>
          <w:rFonts w:ascii="Times New Roman" w:hAnsi="Times New Roman" w:cs="Times New Roman"/>
          <w:i/>
          <w:spacing w:val="-4"/>
          <w:sz w:val="28"/>
          <w:szCs w:val="28"/>
        </w:rPr>
        <w:t xml:space="preserve">Chủ tịch </w:t>
      </w:r>
      <w:r w:rsidRPr="0058140E">
        <w:rPr>
          <w:rFonts w:ascii="Times New Roman" w:hAnsi="Times New Roman" w:cs="Times New Roman"/>
          <w:i/>
          <w:spacing w:val="-4"/>
          <w:sz w:val="28"/>
          <w:szCs w:val="28"/>
        </w:rPr>
        <w:t>UBND xã</w:t>
      </w:r>
      <w:r w:rsidR="002D1F3F" w:rsidRPr="0058140E">
        <w:rPr>
          <w:rFonts w:ascii="Times New Roman" w:hAnsi="Times New Roman" w:cs="Times New Roman"/>
          <w:i/>
          <w:spacing w:val="-4"/>
          <w:sz w:val="28"/>
          <w:szCs w:val="28"/>
        </w:rPr>
        <w:t>)</w:t>
      </w:r>
    </w:p>
    <w:p w14:paraId="6BC1E9D0" w14:textId="5AAD5A84" w:rsidR="003B6940" w:rsidRPr="007252E1" w:rsidRDefault="003B6940" w:rsidP="00D83EF3">
      <w:pPr>
        <w:spacing w:after="0" w:line="240" w:lineRule="auto"/>
        <w:jc w:val="center"/>
        <w:rPr>
          <w:rFonts w:ascii="Times New Roman" w:hAnsi="Times New Roman" w:cs="Times New Roman"/>
          <w:i/>
          <w:sz w:val="25"/>
          <w:szCs w:val="25"/>
        </w:rPr>
      </w:pPr>
      <w:r w:rsidRPr="007252E1">
        <w:rPr>
          <w:rFonts w:ascii="Times New Roman" w:hAnsi="Times New Roman" w:cs="Times New Roman"/>
          <w:i/>
          <w:noProof/>
          <w:sz w:val="13"/>
          <w:szCs w:val="13"/>
        </w:rPr>
        <mc:AlternateContent>
          <mc:Choice Requires="wps">
            <w:drawing>
              <wp:anchor distT="0" distB="0" distL="114300" distR="114300" simplePos="0" relativeHeight="251669504" behindDoc="0" locked="0" layoutInCell="1" allowOverlap="1" wp14:anchorId="6DBBFA9D" wp14:editId="1DB3C432">
                <wp:simplePos x="0" y="0"/>
                <wp:positionH relativeFrom="column">
                  <wp:posOffset>2356485</wp:posOffset>
                </wp:positionH>
                <wp:positionV relativeFrom="paragraph">
                  <wp:posOffset>88265</wp:posOffset>
                </wp:positionV>
                <wp:extent cx="1097280" cy="0"/>
                <wp:effectExtent l="38100" t="38100" r="64770" b="95250"/>
                <wp:wrapNone/>
                <wp:docPr id="2" name="Straight Connector 2"/>
                <wp:cNvGraphicFramePr/>
                <a:graphic xmlns:a="http://schemas.openxmlformats.org/drawingml/2006/main">
                  <a:graphicData uri="http://schemas.microsoft.com/office/word/2010/wordprocessingShape">
                    <wps:wsp>
                      <wps:cNvCnPr/>
                      <wps:spPr>
                        <a:xfrm>
                          <a:off x="0" y="0"/>
                          <a:ext cx="109728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ACAC65B"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5.55pt,6.95pt" to="271.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" strokecolor="black [3200]" strokeweight=".5pt">
                <v:shadow on="t" color="black" opacity="24903f" origin=",.5" offset="0,.55556mm"/>
              </v:line>
            </w:pict>
          </mc:Fallback>
        </mc:AlternateContent>
      </w:r>
    </w:p>
    <w:p w14:paraId="6B391A29" w14:textId="401E04DD" w:rsidR="00E53520" w:rsidRPr="007252E1" w:rsidRDefault="00E53520" w:rsidP="00D2522D">
      <w:pPr>
        <w:spacing w:after="120" w:line="240" w:lineRule="auto"/>
        <w:ind w:firstLine="720"/>
        <w:jc w:val="center"/>
        <w:rPr>
          <w:rFonts w:ascii="Times New Roman" w:hAnsi="Times New Roman" w:cs="Times New Roman"/>
          <w:i/>
          <w:sz w:val="13"/>
          <w:szCs w:val="13"/>
        </w:rPr>
      </w:pPr>
    </w:p>
    <w:tbl>
      <w:tblPr>
        <w:tblStyle w:val="TableGrid"/>
        <w:tblW w:w="9606" w:type="dxa"/>
        <w:tblLook w:val="04A0" w:firstRow="1" w:lastRow="0" w:firstColumn="1" w:lastColumn="0" w:noHBand="0" w:noVBand="1"/>
      </w:tblPr>
      <w:tblGrid>
        <w:gridCol w:w="678"/>
        <w:gridCol w:w="2407"/>
        <w:gridCol w:w="2835"/>
        <w:gridCol w:w="2847"/>
        <w:gridCol w:w="839"/>
      </w:tblGrid>
      <w:tr w:rsidR="00577CEE" w:rsidRPr="007252E1" w14:paraId="34F3FAB7" w14:textId="2B941D1A" w:rsidTr="0088613C">
        <w:trPr>
          <w:tblHeader/>
        </w:trPr>
        <w:tc>
          <w:tcPr>
            <w:tcW w:w="678" w:type="dxa"/>
            <w:vAlign w:val="center"/>
          </w:tcPr>
          <w:p w14:paraId="62085111" w14:textId="77777777" w:rsidR="00577CEE" w:rsidRPr="007252E1" w:rsidRDefault="00577CEE" w:rsidP="00577CEE">
            <w:pPr>
              <w:spacing w:before="120" w:after="120"/>
              <w:jc w:val="center"/>
              <w:rPr>
                <w:rFonts w:ascii="Times New Roman" w:hAnsi="Times New Roman" w:cs="Times New Roman"/>
                <w:b/>
                <w:sz w:val="24"/>
                <w:szCs w:val="24"/>
              </w:rPr>
            </w:pPr>
            <w:r w:rsidRPr="007252E1">
              <w:rPr>
                <w:rFonts w:ascii="Times New Roman" w:hAnsi="Times New Roman" w:cs="Times New Roman"/>
                <w:b/>
                <w:sz w:val="24"/>
                <w:szCs w:val="24"/>
              </w:rPr>
              <w:t>TT</w:t>
            </w:r>
          </w:p>
        </w:tc>
        <w:tc>
          <w:tcPr>
            <w:tcW w:w="2407" w:type="dxa"/>
            <w:vAlign w:val="center"/>
          </w:tcPr>
          <w:p w14:paraId="741ADEDA" w14:textId="77777777" w:rsidR="00577CEE" w:rsidRPr="007252E1" w:rsidRDefault="00577CEE" w:rsidP="00577CEE">
            <w:pPr>
              <w:spacing w:before="120" w:after="120"/>
              <w:jc w:val="center"/>
              <w:rPr>
                <w:rFonts w:ascii="Times New Roman" w:hAnsi="Times New Roman" w:cs="Times New Roman"/>
                <w:b/>
                <w:sz w:val="24"/>
                <w:szCs w:val="24"/>
              </w:rPr>
            </w:pPr>
            <w:r w:rsidRPr="007252E1">
              <w:rPr>
                <w:rFonts w:ascii="Times New Roman" w:hAnsi="Times New Roman" w:cs="Times New Roman"/>
                <w:b/>
                <w:sz w:val="24"/>
                <w:szCs w:val="24"/>
              </w:rPr>
              <w:t>Họ và tên</w:t>
            </w:r>
          </w:p>
        </w:tc>
        <w:tc>
          <w:tcPr>
            <w:tcW w:w="2835" w:type="dxa"/>
            <w:vAlign w:val="center"/>
          </w:tcPr>
          <w:p w14:paraId="45E43DB1" w14:textId="2ACCBB32" w:rsidR="00577CEE" w:rsidRPr="007252E1" w:rsidRDefault="00577CEE" w:rsidP="009C2705">
            <w:pPr>
              <w:spacing w:before="120" w:after="120"/>
              <w:jc w:val="center"/>
              <w:rPr>
                <w:rFonts w:ascii="Times New Roman" w:hAnsi="Times New Roman" w:cs="Times New Roman"/>
                <w:b/>
                <w:sz w:val="24"/>
                <w:szCs w:val="24"/>
              </w:rPr>
            </w:pPr>
            <w:r w:rsidRPr="007252E1">
              <w:rPr>
                <w:rFonts w:ascii="Times New Roman" w:hAnsi="Times New Roman" w:cs="Times New Roman"/>
                <w:b/>
                <w:sz w:val="24"/>
                <w:szCs w:val="24"/>
              </w:rPr>
              <w:t xml:space="preserve">Chức danh đơn vị công tác trước khi </w:t>
            </w:r>
            <w:r w:rsidR="009C2705" w:rsidRPr="007252E1">
              <w:rPr>
                <w:rFonts w:ascii="Times New Roman" w:hAnsi="Times New Roman" w:cs="Times New Roman"/>
                <w:b/>
                <w:sz w:val="24"/>
                <w:szCs w:val="24"/>
              </w:rPr>
              <w:t>sáp nhập</w:t>
            </w:r>
          </w:p>
        </w:tc>
        <w:tc>
          <w:tcPr>
            <w:tcW w:w="2847" w:type="dxa"/>
            <w:vAlign w:val="center"/>
          </w:tcPr>
          <w:p w14:paraId="601F89BD" w14:textId="5957E142" w:rsidR="00577CEE" w:rsidRPr="007252E1" w:rsidRDefault="009C2705" w:rsidP="009C2705">
            <w:pPr>
              <w:spacing w:before="120" w:after="120"/>
              <w:jc w:val="center"/>
              <w:rPr>
                <w:rFonts w:ascii="Times New Roman" w:hAnsi="Times New Roman" w:cs="Times New Roman"/>
                <w:b/>
                <w:sz w:val="24"/>
                <w:szCs w:val="24"/>
              </w:rPr>
            </w:pPr>
            <w:r w:rsidRPr="007252E1">
              <w:rPr>
                <w:rFonts w:ascii="Times New Roman" w:hAnsi="Times New Roman" w:cs="Times New Roman"/>
                <w:b/>
                <w:sz w:val="24"/>
                <w:szCs w:val="24"/>
              </w:rPr>
              <w:t>Chức danh tại đơn vị sau sáp nhập</w:t>
            </w:r>
          </w:p>
        </w:tc>
        <w:tc>
          <w:tcPr>
            <w:tcW w:w="839" w:type="dxa"/>
            <w:vAlign w:val="center"/>
          </w:tcPr>
          <w:p w14:paraId="6C2D497B" w14:textId="0356CBCD" w:rsidR="00577CEE" w:rsidRPr="007252E1" w:rsidRDefault="00577CEE" w:rsidP="00577CEE">
            <w:pPr>
              <w:spacing w:before="120" w:after="120"/>
              <w:jc w:val="center"/>
              <w:rPr>
                <w:rFonts w:ascii="Times New Roman" w:hAnsi="Times New Roman" w:cs="Times New Roman"/>
                <w:b/>
                <w:sz w:val="24"/>
                <w:szCs w:val="24"/>
              </w:rPr>
            </w:pPr>
            <w:r w:rsidRPr="007252E1">
              <w:rPr>
                <w:rFonts w:ascii="Times New Roman" w:hAnsi="Times New Roman" w:cs="Times New Roman"/>
                <w:b/>
                <w:sz w:val="24"/>
                <w:szCs w:val="24"/>
              </w:rPr>
              <w:t>Ghi chú</w:t>
            </w:r>
          </w:p>
        </w:tc>
      </w:tr>
      <w:tr w:rsidR="004A43FE" w:rsidRPr="007252E1" w14:paraId="4A019272" w14:textId="2068E820" w:rsidTr="00FF0E7C">
        <w:tc>
          <w:tcPr>
            <w:tcW w:w="678" w:type="dxa"/>
            <w:vAlign w:val="center"/>
          </w:tcPr>
          <w:p w14:paraId="0EE61D45" w14:textId="7CA484ED"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CFD8AED" w14:textId="52BE46C3"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sz w:val="24"/>
                <w:szCs w:val="24"/>
              </w:rPr>
              <w:t>Lê Thị Hường</w:t>
            </w:r>
          </w:p>
        </w:tc>
        <w:tc>
          <w:tcPr>
            <w:tcW w:w="2835" w:type="dxa"/>
            <w:vAlign w:val="center"/>
          </w:tcPr>
          <w:p w14:paraId="68AD7DE8" w14:textId="77777777"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Phó Hiệu trưởng,</w:t>
            </w:r>
          </w:p>
          <w:p w14:paraId="20EE7296" w14:textId="62C409AB"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THCS Sơn Tiến</w:t>
            </w:r>
          </w:p>
        </w:tc>
        <w:tc>
          <w:tcPr>
            <w:tcW w:w="2847" w:type="dxa"/>
            <w:vAlign w:val="center"/>
          </w:tcPr>
          <w:p w14:paraId="2655F0BF" w14:textId="15B3BD8A"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39DD196" w14:textId="77777777" w:rsidR="004A43FE" w:rsidRPr="007252E1" w:rsidRDefault="004A43FE" w:rsidP="0088613C">
            <w:pPr>
              <w:jc w:val="center"/>
              <w:rPr>
                <w:rFonts w:ascii="Times New Roman" w:hAnsi="Times New Roman" w:cs="Times New Roman"/>
                <w:sz w:val="24"/>
                <w:szCs w:val="24"/>
              </w:rPr>
            </w:pPr>
          </w:p>
        </w:tc>
      </w:tr>
      <w:tr w:rsidR="004A43FE" w:rsidRPr="007252E1" w14:paraId="3FA962CF" w14:textId="77777777" w:rsidTr="00FF0E7C">
        <w:tc>
          <w:tcPr>
            <w:tcW w:w="678" w:type="dxa"/>
            <w:vAlign w:val="center"/>
          </w:tcPr>
          <w:p w14:paraId="6CBC4759"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E0A0E0E" w14:textId="0AA388BE"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Nguyễn Thị Tuyết Thanh</w:t>
            </w:r>
          </w:p>
        </w:tc>
        <w:tc>
          <w:tcPr>
            <w:tcW w:w="2835" w:type="dxa"/>
            <w:vAlign w:val="center"/>
          </w:tcPr>
          <w:p w14:paraId="3EC199D2" w14:textId="77777777"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Phó Hiệu trưởng,</w:t>
            </w:r>
          </w:p>
          <w:p w14:paraId="32C9F824" w14:textId="2436DAFE"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09415ABE" w14:textId="677C039C"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B42E073" w14:textId="77777777" w:rsidR="004A43FE" w:rsidRPr="007252E1" w:rsidRDefault="004A43FE" w:rsidP="0088613C">
            <w:pPr>
              <w:jc w:val="center"/>
              <w:rPr>
                <w:rFonts w:ascii="Times New Roman" w:hAnsi="Times New Roman" w:cs="Times New Roman"/>
                <w:sz w:val="24"/>
                <w:szCs w:val="24"/>
              </w:rPr>
            </w:pPr>
          </w:p>
        </w:tc>
      </w:tr>
      <w:tr w:rsidR="004A43FE" w:rsidRPr="007252E1" w14:paraId="0115DAAA" w14:textId="77777777" w:rsidTr="0088613C">
        <w:tc>
          <w:tcPr>
            <w:tcW w:w="678" w:type="dxa"/>
            <w:vAlign w:val="center"/>
          </w:tcPr>
          <w:p w14:paraId="04411E49"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1339622" w14:textId="3E0AF4B3"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Lưu Thị Vi Sen</w:t>
            </w:r>
          </w:p>
        </w:tc>
        <w:tc>
          <w:tcPr>
            <w:tcW w:w="2835" w:type="dxa"/>
            <w:vAlign w:val="center"/>
          </w:tcPr>
          <w:p w14:paraId="455A57E9" w14:textId="486BB9CD"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Tổ trưởng tổ </w:t>
            </w:r>
            <w:r w:rsidR="009F181E" w:rsidRPr="007252E1">
              <w:rPr>
                <w:rFonts w:ascii="Times New Roman" w:hAnsi="Times New Roman" w:cs="Times New Roman"/>
                <w:color w:val="000000"/>
                <w:sz w:val="24"/>
                <w:szCs w:val="24"/>
              </w:rPr>
              <w:t>CM</w:t>
            </w:r>
            <w:r w:rsidRPr="007252E1">
              <w:rPr>
                <w:rFonts w:ascii="Times New Roman" w:hAnsi="Times New Roman" w:cs="Times New Roman"/>
                <w:color w:val="000000"/>
                <w:sz w:val="24"/>
                <w:szCs w:val="24"/>
              </w:rPr>
              <w:t>,</w:t>
            </w:r>
          </w:p>
          <w:p w14:paraId="4313785C" w14:textId="35EB5A2A"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THCS Nguyễn Khắc Viện</w:t>
            </w:r>
          </w:p>
        </w:tc>
        <w:tc>
          <w:tcPr>
            <w:tcW w:w="2847" w:type="dxa"/>
          </w:tcPr>
          <w:p w14:paraId="5CFD2B60" w14:textId="20EED2E7"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775E66D" w14:textId="77777777" w:rsidR="004A43FE" w:rsidRPr="007252E1" w:rsidRDefault="004A43FE" w:rsidP="0088613C">
            <w:pPr>
              <w:jc w:val="center"/>
              <w:rPr>
                <w:rFonts w:ascii="Times New Roman" w:hAnsi="Times New Roman" w:cs="Times New Roman"/>
                <w:sz w:val="24"/>
                <w:szCs w:val="24"/>
              </w:rPr>
            </w:pPr>
          </w:p>
        </w:tc>
      </w:tr>
      <w:tr w:rsidR="004A43FE" w:rsidRPr="007252E1" w14:paraId="33AE9C8B" w14:textId="087E7004" w:rsidTr="009C2705">
        <w:tc>
          <w:tcPr>
            <w:tcW w:w="678" w:type="dxa"/>
            <w:vAlign w:val="center"/>
          </w:tcPr>
          <w:p w14:paraId="395C0F0F" w14:textId="7A29DC68"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BBA7EA7" w14:textId="66BC5CA4"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Nguyễn Thị Hoa</w:t>
            </w:r>
          </w:p>
        </w:tc>
        <w:tc>
          <w:tcPr>
            <w:tcW w:w="2835" w:type="dxa"/>
            <w:vAlign w:val="center"/>
          </w:tcPr>
          <w:p w14:paraId="633ADC0A" w14:textId="427DF0C1"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Tổ phó tổ </w:t>
            </w:r>
            <w:r w:rsidR="009F181E" w:rsidRPr="007252E1">
              <w:rPr>
                <w:rFonts w:ascii="Times New Roman" w:hAnsi="Times New Roman" w:cs="Times New Roman"/>
                <w:color w:val="000000"/>
                <w:sz w:val="24"/>
                <w:szCs w:val="24"/>
              </w:rPr>
              <w:t>CM</w:t>
            </w:r>
            <w:r w:rsidRPr="007252E1">
              <w:rPr>
                <w:rFonts w:ascii="Times New Roman" w:hAnsi="Times New Roman" w:cs="Times New Roman"/>
                <w:color w:val="000000"/>
                <w:sz w:val="24"/>
                <w:szCs w:val="24"/>
              </w:rPr>
              <w:t>,</w:t>
            </w:r>
          </w:p>
          <w:p w14:paraId="0C060CE1" w14:textId="64184B04"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39F97FF5" w14:textId="7C847160"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59BFB21" w14:textId="77777777" w:rsidR="004A43FE" w:rsidRPr="007252E1" w:rsidRDefault="004A43FE" w:rsidP="0088613C">
            <w:pPr>
              <w:jc w:val="center"/>
              <w:rPr>
                <w:rFonts w:ascii="Times New Roman" w:hAnsi="Times New Roman" w:cs="Times New Roman"/>
                <w:sz w:val="24"/>
                <w:szCs w:val="24"/>
              </w:rPr>
            </w:pPr>
          </w:p>
        </w:tc>
      </w:tr>
      <w:tr w:rsidR="004A43FE" w:rsidRPr="007252E1" w14:paraId="54B9830A" w14:textId="7BFE0B3C" w:rsidTr="009C2705">
        <w:tc>
          <w:tcPr>
            <w:tcW w:w="678" w:type="dxa"/>
            <w:vAlign w:val="center"/>
          </w:tcPr>
          <w:p w14:paraId="4CB83F5C" w14:textId="1552022C"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3639578" w14:textId="6ACF09C9"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Trần Thị Nghĩa</w:t>
            </w:r>
          </w:p>
        </w:tc>
        <w:tc>
          <w:tcPr>
            <w:tcW w:w="2835" w:type="dxa"/>
            <w:vAlign w:val="center"/>
          </w:tcPr>
          <w:p w14:paraId="23B74DF8" w14:textId="0107A4BD"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Tổ trưởng </w:t>
            </w:r>
            <w:r w:rsidR="009F181E" w:rsidRPr="007252E1">
              <w:rPr>
                <w:rFonts w:ascii="Times New Roman" w:hAnsi="Times New Roman" w:cs="Times New Roman"/>
                <w:color w:val="000000"/>
                <w:sz w:val="24"/>
                <w:szCs w:val="24"/>
              </w:rPr>
              <w:t xml:space="preserve">tổ </w:t>
            </w:r>
            <w:r w:rsidRPr="007252E1">
              <w:rPr>
                <w:rFonts w:ascii="Times New Roman" w:hAnsi="Times New Roman" w:cs="Times New Roman"/>
                <w:color w:val="000000"/>
                <w:sz w:val="24"/>
                <w:szCs w:val="24"/>
              </w:rPr>
              <w:t>KHTN,</w:t>
            </w:r>
          </w:p>
          <w:p w14:paraId="35EB6649" w14:textId="4A36F6CA"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3304A84E" w14:textId="7FFE61FD"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C01EC83" w14:textId="77777777" w:rsidR="004A43FE" w:rsidRPr="007252E1" w:rsidRDefault="004A43FE" w:rsidP="0088613C">
            <w:pPr>
              <w:jc w:val="center"/>
              <w:rPr>
                <w:rFonts w:ascii="Times New Roman" w:hAnsi="Times New Roman" w:cs="Times New Roman"/>
                <w:sz w:val="24"/>
                <w:szCs w:val="24"/>
              </w:rPr>
            </w:pPr>
          </w:p>
        </w:tc>
      </w:tr>
      <w:tr w:rsidR="004A43FE" w:rsidRPr="007252E1" w14:paraId="059446C9" w14:textId="50DB5733" w:rsidTr="009C2705">
        <w:tc>
          <w:tcPr>
            <w:tcW w:w="678" w:type="dxa"/>
            <w:vAlign w:val="center"/>
          </w:tcPr>
          <w:p w14:paraId="6BE4F424" w14:textId="40DCBD3A"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976FD4B" w14:textId="4280AC7E"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Nguyễn Thị Thanh Tâm</w:t>
            </w:r>
          </w:p>
        </w:tc>
        <w:tc>
          <w:tcPr>
            <w:tcW w:w="2835" w:type="dxa"/>
            <w:vAlign w:val="center"/>
          </w:tcPr>
          <w:p w14:paraId="5D6633A4" w14:textId="625C29CC"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4EDDAFC5" w14:textId="34D7FA9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6B0A4F62" w14:textId="5D021953"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9AD11CD" w14:textId="77777777" w:rsidR="004A43FE" w:rsidRPr="007252E1" w:rsidRDefault="004A43FE" w:rsidP="0088613C">
            <w:pPr>
              <w:jc w:val="center"/>
              <w:rPr>
                <w:rFonts w:ascii="Times New Roman" w:hAnsi="Times New Roman" w:cs="Times New Roman"/>
                <w:sz w:val="24"/>
                <w:szCs w:val="24"/>
              </w:rPr>
            </w:pPr>
          </w:p>
        </w:tc>
      </w:tr>
      <w:tr w:rsidR="004A43FE" w:rsidRPr="007252E1" w14:paraId="50C7F938" w14:textId="4F90A9E2" w:rsidTr="009C2705">
        <w:tc>
          <w:tcPr>
            <w:tcW w:w="678" w:type="dxa"/>
            <w:vAlign w:val="center"/>
          </w:tcPr>
          <w:p w14:paraId="246C3AF4" w14:textId="61F104C1"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71E6360" w14:textId="08395EEC"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Nguyễn Thị Thuý Dân</w:t>
            </w:r>
          </w:p>
        </w:tc>
        <w:tc>
          <w:tcPr>
            <w:tcW w:w="2835" w:type="dxa"/>
            <w:vAlign w:val="center"/>
          </w:tcPr>
          <w:p w14:paraId="1BFB4A52" w14:textId="5B0A5223"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Tổ </w:t>
            </w:r>
            <w:r w:rsidR="009F181E" w:rsidRPr="007252E1">
              <w:rPr>
                <w:rFonts w:ascii="Times New Roman" w:hAnsi="Times New Roman" w:cs="Times New Roman"/>
                <w:color w:val="000000"/>
                <w:sz w:val="24"/>
                <w:szCs w:val="24"/>
              </w:rPr>
              <w:t>phó tổ CM</w:t>
            </w:r>
            <w:r w:rsidRPr="007252E1">
              <w:rPr>
                <w:rFonts w:ascii="Times New Roman" w:hAnsi="Times New Roman" w:cs="Times New Roman"/>
                <w:color w:val="000000"/>
                <w:sz w:val="24"/>
                <w:szCs w:val="24"/>
              </w:rPr>
              <w:t>,</w:t>
            </w:r>
          </w:p>
          <w:p w14:paraId="474B8713" w14:textId="125EE35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3CB39781" w14:textId="34926D14"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BD216B8" w14:textId="77777777" w:rsidR="004A43FE" w:rsidRPr="007252E1" w:rsidRDefault="004A43FE" w:rsidP="0088613C">
            <w:pPr>
              <w:jc w:val="center"/>
              <w:rPr>
                <w:rFonts w:ascii="Times New Roman" w:hAnsi="Times New Roman" w:cs="Times New Roman"/>
                <w:sz w:val="24"/>
                <w:szCs w:val="24"/>
              </w:rPr>
            </w:pPr>
          </w:p>
        </w:tc>
      </w:tr>
      <w:tr w:rsidR="004A43FE" w:rsidRPr="007252E1" w14:paraId="61DEEA16" w14:textId="45BE85F5" w:rsidTr="009C2705">
        <w:tc>
          <w:tcPr>
            <w:tcW w:w="678" w:type="dxa"/>
            <w:vAlign w:val="center"/>
          </w:tcPr>
          <w:p w14:paraId="22B0AC84" w14:textId="0C4DF54C"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ED70F41" w14:textId="77BD635B"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Trần Văn Thức</w:t>
            </w:r>
          </w:p>
        </w:tc>
        <w:tc>
          <w:tcPr>
            <w:tcW w:w="2835" w:type="dxa"/>
            <w:vAlign w:val="center"/>
          </w:tcPr>
          <w:p w14:paraId="5E194D81" w14:textId="5DDD16CC" w:rsidR="004A43FE" w:rsidRPr="007252E1" w:rsidRDefault="004A43FE" w:rsidP="0088613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Tổ phó </w:t>
            </w:r>
            <w:r w:rsidR="009F181E" w:rsidRPr="007252E1">
              <w:rPr>
                <w:rFonts w:ascii="Times New Roman" w:hAnsi="Times New Roman" w:cs="Times New Roman"/>
                <w:color w:val="000000"/>
                <w:sz w:val="24"/>
                <w:szCs w:val="24"/>
              </w:rPr>
              <w:t>tổ CM</w:t>
            </w:r>
            <w:r w:rsidRPr="007252E1">
              <w:rPr>
                <w:rFonts w:ascii="Times New Roman" w:hAnsi="Times New Roman" w:cs="Times New Roman"/>
                <w:color w:val="000000"/>
                <w:sz w:val="24"/>
                <w:szCs w:val="24"/>
              </w:rPr>
              <w:t>,</w:t>
            </w:r>
          </w:p>
          <w:p w14:paraId="4DD29179" w14:textId="0F482753"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4BED18D8" w14:textId="706F6FA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925DE3F" w14:textId="77777777" w:rsidR="004A43FE" w:rsidRPr="007252E1" w:rsidRDefault="004A43FE" w:rsidP="0088613C">
            <w:pPr>
              <w:jc w:val="center"/>
              <w:rPr>
                <w:rFonts w:ascii="Times New Roman" w:hAnsi="Times New Roman" w:cs="Times New Roman"/>
                <w:sz w:val="24"/>
                <w:szCs w:val="24"/>
              </w:rPr>
            </w:pPr>
          </w:p>
        </w:tc>
      </w:tr>
      <w:tr w:rsidR="004A43FE" w:rsidRPr="007252E1" w14:paraId="25CD3445" w14:textId="7CCBF358" w:rsidTr="009C2705">
        <w:tc>
          <w:tcPr>
            <w:tcW w:w="678" w:type="dxa"/>
            <w:vAlign w:val="center"/>
          </w:tcPr>
          <w:p w14:paraId="3FC7431B" w14:textId="0BBF2A1B"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A6638FA" w14:textId="31329E3A"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Nguyễn Thị Kim Anh</w:t>
            </w:r>
          </w:p>
        </w:tc>
        <w:tc>
          <w:tcPr>
            <w:tcW w:w="2835" w:type="dxa"/>
            <w:vAlign w:val="center"/>
          </w:tcPr>
          <w:p w14:paraId="7DECF3D4" w14:textId="66B62334"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2D407492" w14:textId="06530747"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43296324" w14:textId="7E1A6BBF"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7437CB7" w14:textId="77777777" w:rsidR="004A43FE" w:rsidRPr="007252E1" w:rsidRDefault="004A43FE" w:rsidP="0088613C">
            <w:pPr>
              <w:jc w:val="center"/>
              <w:rPr>
                <w:rFonts w:ascii="Times New Roman" w:hAnsi="Times New Roman" w:cs="Times New Roman"/>
                <w:sz w:val="24"/>
                <w:szCs w:val="24"/>
              </w:rPr>
            </w:pPr>
          </w:p>
        </w:tc>
      </w:tr>
      <w:tr w:rsidR="004A43FE" w:rsidRPr="007252E1" w14:paraId="6C90425F" w14:textId="33145B2A" w:rsidTr="009C2705">
        <w:tc>
          <w:tcPr>
            <w:tcW w:w="678" w:type="dxa"/>
            <w:vAlign w:val="center"/>
          </w:tcPr>
          <w:p w14:paraId="4C5B0CE3" w14:textId="1595060E"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C0A47CA" w14:textId="64B20FED"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Phạm Thị Huyền</w:t>
            </w:r>
          </w:p>
        </w:tc>
        <w:tc>
          <w:tcPr>
            <w:tcW w:w="2835" w:type="dxa"/>
          </w:tcPr>
          <w:p w14:paraId="1E19F534" w14:textId="74716C70"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369C5E70" w14:textId="64E09A44"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4BFAB8CC" w14:textId="56A46CC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EFA1634" w14:textId="77777777" w:rsidR="004A43FE" w:rsidRPr="007252E1" w:rsidRDefault="004A43FE" w:rsidP="0088613C">
            <w:pPr>
              <w:jc w:val="center"/>
              <w:rPr>
                <w:rFonts w:ascii="Times New Roman" w:hAnsi="Times New Roman" w:cs="Times New Roman"/>
                <w:sz w:val="24"/>
                <w:szCs w:val="24"/>
              </w:rPr>
            </w:pPr>
          </w:p>
        </w:tc>
      </w:tr>
      <w:tr w:rsidR="004A43FE" w:rsidRPr="007252E1" w14:paraId="5547F86E" w14:textId="4B32885B" w:rsidTr="009C2705">
        <w:tc>
          <w:tcPr>
            <w:tcW w:w="678" w:type="dxa"/>
            <w:vAlign w:val="center"/>
          </w:tcPr>
          <w:p w14:paraId="754F35A9" w14:textId="3A5AAA25"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7ACA9E09" w14:textId="4A01726D"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 xml:space="preserve">Đỗ Thị Đông Hòa </w:t>
            </w:r>
          </w:p>
        </w:tc>
        <w:tc>
          <w:tcPr>
            <w:tcW w:w="2835" w:type="dxa"/>
          </w:tcPr>
          <w:p w14:paraId="348FA13B" w14:textId="3E59E9C4"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706A2C2B" w14:textId="052921EA"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4DDDE932" w14:textId="7CED176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6CA5DF20" w14:textId="77777777" w:rsidR="004A43FE" w:rsidRPr="007252E1" w:rsidRDefault="004A43FE" w:rsidP="0088613C">
            <w:pPr>
              <w:jc w:val="center"/>
              <w:rPr>
                <w:rFonts w:ascii="Times New Roman" w:hAnsi="Times New Roman" w:cs="Times New Roman"/>
                <w:sz w:val="24"/>
                <w:szCs w:val="24"/>
              </w:rPr>
            </w:pPr>
          </w:p>
        </w:tc>
      </w:tr>
      <w:tr w:rsidR="004A43FE" w:rsidRPr="007252E1" w14:paraId="59FB5961" w14:textId="326DC730" w:rsidTr="009C2705">
        <w:tc>
          <w:tcPr>
            <w:tcW w:w="678" w:type="dxa"/>
            <w:vAlign w:val="center"/>
          </w:tcPr>
          <w:p w14:paraId="451288ED" w14:textId="74009786"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731BB453" w14:textId="1B2B4FE1"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Lê Thị Xuân Phúc</w:t>
            </w:r>
          </w:p>
        </w:tc>
        <w:tc>
          <w:tcPr>
            <w:tcW w:w="2835" w:type="dxa"/>
          </w:tcPr>
          <w:p w14:paraId="67A42182" w14:textId="3FBEF1ED"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5B31F214" w14:textId="1EA66FF7"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55452DD0" w14:textId="2EA6DA54"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87F39F4" w14:textId="77777777" w:rsidR="004A43FE" w:rsidRPr="007252E1" w:rsidRDefault="004A43FE" w:rsidP="0088613C">
            <w:pPr>
              <w:jc w:val="center"/>
              <w:rPr>
                <w:rFonts w:ascii="Times New Roman" w:hAnsi="Times New Roman" w:cs="Times New Roman"/>
                <w:sz w:val="24"/>
                <w:szCs w:val="24"/>
              </w:rPr>
            </w:pPr>
          </w:p>
        </w:tc>
      </w:tr>
      <w:tr w:rsidR="004A43FE" w:rsidRPr="007252E1" w14:paraId="5B167301" w14:textId="03DF245B" w:rsidTr="009C2705">
        <w:tc>
          <w:tcPr>
            <w:tcW w:w="678" w:type="dxa"/>
            <w:vAlign w:val="center"/>
          </w:tcPr>
          <w:p w14:paraId="1AA0CFC2" w14:textId="29896349"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64F0013" w14:textId="206F9399"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Hồ Thị Nghĩa</w:t>
            </w:r>
          </w:p>
        </w:tc>
        <w:tc>
          <w:tcPr>
            <w:tcW w:w="2835" w:type="dxa"/>
          </w:tcPr>
          <w:p w14:paraId="737E1ED5" w14:textId="1B53D9B5"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25CF7411" w14:textId="4871D1CE"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1B27A5F5" w14:textId="5212862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2825AF4" w14:textId="77777777" w:rsidR="004A43FE" w:rsidRPr="007252E1" w:rsidRDefault="004A43FE" w:rsidP="0088613C">
            <w:pPr>
              <w:jc w:val="center"/>
              <w:rPr>
                <w:rFonts w:ascii="Times New Roman" w:hAnsi="Times New Roman" w:cs="Times New Roman"/>
                <w:sz w:val="24"/>
                <w:szCs w:val="24"/>
              </w:rPr>
            </w:pPr>
          </w:p>
        </w:tc>
      </w:tr>
      <w:tr w:rsidR="004A43FE" w:rsidRPr="007252E1" w14:paraId="3ABABD5A" w14:textId="7DE7F656" w:rsidTr="009C2705">
        <w:tc>
          <w:tcPr>
            <w:tcW w:w="678" w:type="dxa"/>
            <w:vAlign w:val="center"/>
          </w:tcPr>
          <w:p w14:paraId="0746E6C0" w14:textId="0176F1B8"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60F111E" w14:textId="50EB5989"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Nguyễn Thị Bích Thủy</w:t>
            </w:r>
          </w:p>
        </w:tc>
        <w:tc>
          <w:tcPr>
            <w:tcW w:w="2835" w:type="dxa"/>
          </w:tcPr>
          <w:p w14:paraId="6FD6AC1E" w14:textId="7AD3A89A"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528BA4FB" w14:textId="1995E274"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3DB097C2" w14:textId="2BB27F5C"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46E24E2F" w14:textId="77777777" w:rsidR="004A43FE" w:rsidRPr="007252E1" w:rsidRDefault="004A43FE" w:rsidP="0088613C">
            <w:pPr>
              <w:jc w:val="center"/>
              <w:rPr>
                <w:rFonts w:ascii="Times New Roman" w:hAnsi="Times New Roman" w:cs="Times New Roman"/>
                <w:sz w:val="24"/>
                <w:szCs w:val="24"/>
              </w:rPr>
            </w:pPr>
          </w:p>
        </w:tc>
      </w:tr>
      <w:tr w:rsidR="004A43FE" w:rsidRPr="007252E1" w14:paraId="71228F25" w14:textId="72DE2E2C" w:rsidTr="009C2705">
        <w:tc>
          <w:tcPr>
            <w:tcW w:w="678" w:type="dxa"/>
            <w:vAlign w:val="center"/>
          </w:tcPr>
          <w:p w14:paraId="28FEF14D" w14:textId="4374BFB2"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77BD503" w14:textId="48E0D042"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Tống Trần Tuyển</w:t>
            </w:r>
          </w:p>
        </w:tc>
        <w:tc>
          <w:tcPr>
            <w:tcW w:w="2835" w:type="dxa"/>
          </w:tcPr>
          <w:p w14:paraId="73A26065" w14:textId="24F81076"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7212BABF" w14:textId="3758FC87"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514F7AB0" w14:textId="79CCAE6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09E4AAA" w14:textId="77777777" w:rsidR="004A43FE" w:rsidRPr="007252E1" w:rsidRDefault="004A43FE" w:rsidP="0088613C">
            <w:pPr>
              <w:jc w:val="center"/>
              <w:rPr>
                <w:rFonts w:ascii="Times New Roman" w:hAnsi="Times New Roman" w:cs="Times New Roman"/>
                <w:sz w:val="24"/>
                <w:szCs w:val="24"/>
              </w:rPr>
            </w:pPr>
          </w:p>
        </w:tc>
      </w:tr>
      <w:tr w:rsidR="004A43FE" w:rsidRPr="007252E1" w14:paraId="078FC1A5" w14:textId="63A33F30" w:rsidTr="009C2705">
        <w:tc>
          <w:tcPr>
            <w:tcW w:w="678" w:type="dxa"/>
            <w:vAlign w:val="center"/>
          </w:tcPr>
          <w:p w14:paraId="55DA7D25" w14:textId="0692C234"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39FFD446" w14:textId="0654BAF9"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Nguyễn Thị Kim Nhung</w:t>
            </w:r>
          </w:p>
        </w:tc>
        <w:tc>
          <w:tcPr>
            <w:tcW w:w="2835" w:type="dxa"/>
          </w:tcPr>
          <w:p w14:paraId="7B9590D6" w14:textId="5B9C43BA"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00B1C2AA" w14:textId="33E24C4B"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256DFD00" w14:textId="3C4CB323"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8BBEFB4" w14:textId="77777777" w:rsidR="004A43FE" w:rsidRPr="007252E1" w:rsidRDefault="004A43FE" w:rsidP="0088613C">
            <w:pPr>
              <w:jc w:val="center"/>
              <w:rPr>
                <w:rFonts w:ascii="Times New Roman" w:hAnsi="Times New Roman" w:cs="Times New Roman"/>
                <w:sz w:val="24"/>
                <w:szCs w:val="24"/>
              </w:rPr>
            </w:pPr>
          </w:p>
        </w:tc>
      </w:tr>
      <w:tr w:rsidR="004A43FE" w:rsidRPr="007252E1" w14:paraId="7F60B358" w14:textId="2CE78902" w:rsidTr="009C2705">
        <w:tc>
          <w:tcPr>
            <w:tcW w:w="678" w:type="dxa"/>
            <w:vAlign w:val="center"/>
          </w:tcPr>
          <w:p w14:paraId="310485D9" w14:textId="3DECF7AB"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58FA46F" w14:textId="04F3937C"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Lê Đình Toàn</w:t>
            </w:r>
          </w:p>
        </w:tc>
        <w:tc>
          <w:tcPr>
            <w:tcW w:w="2835" w:type="dxa"/>
          </w:tcPr>
          <w:p w14:paraId="0F6DAABB" w14:textId="14DF0DA4"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28696B53" w14:textId="7D3B81A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1392BCC6" w14:textId="6581253F"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497FE98B" w14:textId="77777777" w:rsidR="004A43FE" w:rsidRPr="007252E1" w:rsidRDefault="004A43FE" w:rsidP="0088613C">
            <w:pPr>
              <w:jc w:val="center"/>
              <w:rPr>
                <w:rFonts w:ascii="Times New Roman" w:hAnsi="Times New Roman" w:cs="Times New Roman"/>
                <w:sz w:val="24"/>
                <w:szCs w:val="24"/>
              </w:rPr>
            </w:pPr>
          </w:p>
        </w:tc>
      </w:tr>
      <w:tr w:rsidR="004A43FE" w:rsidRPr="007252E1" w14:paraId="1240EECA" w14:textId="4B2F4ED7" w:rsidTr="009C2705">
        <w:tc>
          <w:tcPr>
            <w:tcW w:w="678" w:type="dxa"/>
            <w:vAlign w:val="center"/>
          </w:tcPr>
          <w:p w14:paraId="3BCD38BF" w14:textId="4445FD45"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B06C1F1" w14:textId="74D04C50"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color w:val="000000"/>
                <w:sz w:val="24"/>
                <w:szCs w:val="24"/>
              </w:rPr>
              <w:t>Đinh Thị Thắm</w:t>
            </w:r>
          </w:p>
        </w:tc>
        <w:tc>
          <w:tcPr>
            <w:tcW w:w="2835" w:type="dxa"/>
          </w:tcPr>
          <w:p w14:paraId="760C8D6C" w14:textId="4C1B029A"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22D043B8" w14:textId="5A9A6BE2"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0C13FF81" w14:textId="77777777" w:rsidR="00AD2AB5" w:rsidRPr="007252E1" w:rsidRDefault="00AD2AB5" w:rsidP="009C2705">
            <w:pPr>
              <w:jc w:val="center"/>
              <w:rPr>
                <w:rFonts w:ascii="Times New Roman" w:hAnsi="Times New Roman" w:cs="Times New Roman"/>
                <w:sz w:val="24"/>
                <w:szCs w:val="24"/>
              </w:rPr>
            </w:pPr>
          </w:p>
          <w:p w14:paraId="390241D6" w14:textId="77777777" w:rsidR="004A43FE" w:rsidRPr="007252E1" w:rsidRDefault="004A43FE" w:rsidP="007252E1">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0B27D5C7" w14:textId="267ED26E" w:rsidR="00AD2AB5" w:rsidRPr="007252E1" w:rsidRDefault="00AD2AB5" w:rsidP="00AD2AB5">
            <w:pPr>
              <w:rPr>
                <w:rFonts w:ascii="Times New Roman" w:hAnsi="Times New Roman" w:cs="Times New Roman"/>
                <w:sz w:val="24"/>
                <w:szCs w:val="24"/>
              </w:rPr>
            </w:pPr>
          </w:p>
        </w:tc>
        <w:tc>
          <w:tcPr>
            <w:tcW w:w="839" w:type="dxa"/>
          </w:tcPr>
          <w:p w14:paraId="70F063AC" w14:textId="77777777" w:rsidR="004A43FE" w:rsidRPr="007252E1" w:rsidRDefault="004A43FE" w:rsidP="0088613C">
            <w:pPr>
              <w:jc w:val="center"/>
              <w:rPr>
                <w:rFonts w:ascii="Times New Roman" w:hAnsi="Times New Roman" w:cs="Times New Roman"/>
                <w:sz w:val="24"/>
                <w:szCs w:val="24"/>
              </w:rPr>
            </w:pPr>
          </w:p>
        </w:tc>
      </w:tr>
      <w:tr w:rsidR="004A43FE" w:rsidRPr="007252E1" w14:paraId="2F872D57" w14:textId="512CA7F5" w:rsidTr="009C2705">
        <w:tc>
          <w:tcPr>
            <w:tcW w:w="678" w:type="dxa"/>
            <w:vAlign w:val="center"/>
          </w:tcPr>
          <w:p w14:paraId="60157766" w14:textId="7F59116C"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329270DA" w14:textId="646523A7"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Đức Sơn</w:t>
            </w:r>
          </w:p>
        </w:tc>
        <w:tc>
          <w:tcPr>
            <w:tcW w:w="2835" w:type="dxa"/>
          </w:tcPr>
          <w:p w14:paraId="17159902" w14:textId="433FA65C"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1C83FD04" w14:textId="329BA55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01AEF204" w14:textId="6A5B990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9344031" w14:textId="77777777" w:rsidR="004A43FE" w:rsidRPr="007252E1" w:rsidRDefault="004A43FE" w:rsidP="0088613C">
            <w:pPr>
              <w:jc w:val="center"/>
              <w:rPr>
                <w:rFonts w:ascii="Times New Roman" w:hAnsi="Times New Roman" w:cs="Times New Roman"/>
                <w:sz w:val="24"/>
                <w:szCs w:val="24"/>
              </w:rPr>
            </w:pPr>
          </w:p>
        </w:tc>
      </w:tr>
      <w:tr w:rsidR="004A43FE" w:rsidRPr="007252E1" w14:paraId="5D133740" w14:textId="248F57A4" w:rsidTr="009C2705">
        <w:tc>
          <w:tcPr>
            <w:tcW w:w="678" w:type="dxa"/>
            <w:vAlign w:val="center"/>
          </w:tcPr>
          <w:p w14:paraId="6FE32AB0" w14:textId="21EDA275"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78E988BC" w14:textId="62130531"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Đào Minh Hiếu</w:t>
            </w:r>
          </w:p>
        </w:tc>
        <w:tc>
          <w:tcPr>
            <w:tcW w:w="2835" w:type="dxa"/>
          </w:tcPr>
          <w:p w14:paraId="0EBB2137" w14:textId="7BDDFE25"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67973647" w14:textId="3BF5EA7C"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351761E4" w14:textId="570B98C8"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A21FF21" w14:textId="77777777" w:rsidR="004A43FE" w:rsidRPr="007252E1" w:rsidRDefault="004A43FE" w:rsidP="0088613C">
            <w:pPr>
              <w:jc w:val="center"/>
              <w:rPr>
                <w:rFonts w:ascii="Times New Roman" w:hAnsi="Times New Roman" w:cs="Times New Roman"/>
                <w:sz w:val="24"/>
                <w:szCs w:val="24"/>
              </w:rPr>
            </w:pPr>
          </w:p>
        </w:tc>
      </w:tr>
      <w:tr w:rsidR="004A43FE" w:rsidRPr="007252E1" w14:paraId="64C5711F" w14:textId="75455294" w:rsidTr="009C2705">
        <w:tc>
          <w:tcPr>
            <w:tcW w:w="678" w:type="dxa"/>
            <w:vAlign w:val="center"/>
          </w:tcPr>
          <w:p w14:paraId="453B80C5" w14:textId="0CCC65FC"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6C7DC56" w14:textId="58B03B88"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Nguyễn Thị Nghĩa </w:t>
            </w:r>
          </w:p>
        </w:tc>
        <w:tc>
          <w:tcPr>
            <w:tcW w:w="2835" w:type="dxa"/>
          </w:tcPr>
          <w:p w14:paraId="7BE8B123" w14:textId="0E6BD2C5"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5603C803" w14:textId="28E078AA"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75A20C79" w14:textId="72F123AB"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F7DDD71" w14:textId="77777777" w:rsidR="004A43FE" w:rsidRPr="007252E1" w:rsidRDefault="004A43FE" w:rsidP="0088613C">
            <w:pPr>
              <w:jc w:val="center"/>
              <w:rPr>
                <w:rFonts w:ascii="Times New Roman" w:hAnsi="Times New Roman" w:cs="Times New Roman"/>
                <w:sz w:val="24"/>
                <w:szCs w:val="24"/>
              </w:rPr>
            </w:pPr>
          </w:p>
        </w:tc>
      </w:tr>
      <w:tr w:rsidR="004A43FE" w:rsidRPr="007252E1" w14:paraId="2BFF654E" w14:textId="1AA524A0" w:rsidTr="009C2705">
        <w:tc>
          <w:tcPr>
            <w:tcW w:w="678" w:type="dxa"/>
            <w:vAlign w:val="center"/>
          </w:tcPr>
          <w:p w14:paraId="05919326" w14:textId="620BF96E"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3CC6C6F6" w14:textId="7C13997B"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Thanh Tâm</w:t>
            </w:r>
          </w:p>
        </w:tc>
        <w:tc>
          <w:tcPr>
            <w:tcW w:w="2835" w:type="dxa"/>
          </w:tcPr>
          <w:p w14:paraId="16F40B15" w14:textId="598196AC"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0EECBB2C" w14:textId="2B59E0CC"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51365248" w14:textId="27F2505B"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4C7AC93E" w14:textId="77777777" w:rsidR="004A43FE" w:rsidRPr="007252E1" w:rsidRDefault="004A43FE" w:rsidP="0088613C">
            <w:pPr>
              <w:jc w:val="center"/>
              <w:rPr>
                <w:rFonts w:ascii="Times New Roman" w:hAnsi="Times New Roman" w:cs="Times New Roman"/>
                <w:sz w:val="24"/>
                <w:szCs w:val="24"/>
              </w:rPr>
            </w:pPr>
          </w:p>
        </w:tc>
      </w:tr>
      <w:tr w:rsidR="004A43FE" w:rsidRPr="007252E1" w14:paraId="22DF407C" w14:textId="1D87356E" w:rsidTr="009C2705">
        <w:tc>
          <w:tcPr>
            <w:tcW w:w="678" w:type="dxa"/>
            <w:vAlign w:val="center"/>
          </w:tcPr>
          <w:p w14:paraId="7FDE304F" w14:textId="48F5FF35"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9F031C6" w14:textId="6EF82463"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Thị Thu Trà</w:t>
            </w:r>
          </w:p>
        </w:tc>
        <w:tc>
          <w:tcPr>
            <w:tcW w:w="2835" w:type="dxa"/>
          </w:tcPr>
          <w:p w14:paraId="4098E3A6" w14:textId="5B7E2CC9"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779FFDF2" w14:textId="4462308B"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18843483" w14:textId="160188DB"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671971A2" w14:textId="77777777" w:rsidR="004A43FE" w:rsidRPr="007252E1" w:rsidRDefault="004A43FE" w:rsidP="0088613C">
            <w:pPr>
              <w:jc w:val="center"/>
              <w:rPr>
                <w:rFonts w:ascii="Times New Roman" w:hAnsi="Times New Roman" w:cs="Times New Roman"/>
                <w:sz w:val="24"/>
                <w:szCs w:val="24"/>
              </w:rPr>
            </w:pPr>
          </w:p>
        </w:tc>
      </w:tr>
      <w:tr w:rsidR="004A43FE" w:rsidRPr="007252E1" w14:paraId="616BFA30" w14:textId="5629484A" w:rsidTr="009C2705">
        <w:tc>
          <w:tcPr>
            <w:tcW w:w="678" w:type="dxa"/>
            <w:vAlign w:val="center"/>
          </w:tcPr>
          <w:p w14:paraId="69B9A60B" w14:textId="1323F9A1"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223DB66" w14:textId="769D24CC"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Trường Giang</w:t>
            </w:r>
          </w:p>
        </w:tc>
        <w:tc>
          <w:tcPr>
            <w:tcW w:w="2835" w:type="dxa"/>
          </w:tcPr>
          <w:p w14:paraId="059997B4" w14:textId="1288EEDE"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3B5B061C" w14:textId="705D95F3"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3CD8BA33" w14:textId="53EBEC36"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8C72311" w14:textId="77777777" w:rsidR="004A43FE" w:rsidRPr="007252E1" w:rsidRDefault="004A43FE" w:rsidP="0088613C">
            <w:pPr>
              <w:jc w:val="center"/>
              <w:rPr>
                <w:rFonts w:ascii="Times New Roman" w:hAnsi="Times New Roman" w:cs="Times New Roman"/>
                <w:sz w:val="24"/>
                <w:szCs w:val="24"/>
              </w:rPr>
            </w:pPr>
          </w:p>
        </w:tc>
      </w:tr>
      <w:tr w:rsidR="004A43FE" w:rsidRPr="007252E1" w14:paraId="23BA95E1" w14:textId="5A98F108" w:rsidTr="009C2705">
        <w:tc>
          <w:tcPr>
            <w:tcW w:w="678" w:type="dxa"/>
            <w:vAlign w:val="center"/>
          </w:tcPr>
          <w:p w14:paraId="0669DE1B" w14:textId="50F5B24E"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67A5D0B" w14:textId="4CEAE39F"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Đinh Thị Phượng</w:t>
            </w:r>
          </w:p>
        </w:tc>
        <w:tc>
          <w:tcPr>
            <w:tcW w:w="2835" w:type="dxa"/>
          </w:tcPr>
          <w:p w14:paraId="6A2B390E" w14:textId="2A4077F1"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04EA7839" w14:textId="1738B65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1584D3B5" w14:textId="1CD1A55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863A00A" w14:textId="77777777" w:rsidR="004A43FE" w:rsidRPr="007252E1" w:rsidRDefault="004A43FE" w:rsidP="0088613C">
            <w:pPr>
              <w:jc w:val="center"/>
              <w:rPr>
                <w:rFonts w:ascii="Times New Roman" w:hAnsi="Times New Roman" w:cs="Times New Roman"/>
                <w:sz w:val="24"/>
                <w:szCs w:val="24"/>
              </w:rPr>
            </w:pPr>
          </w:p>
        </w:tc>
      </w:tr>
      <w:tr w:rsidR="004A43FE" w:rsidRPr="007252E1" w14:paraId="160CA9E0" w14:textId="60FF7B32" w:rsidTr="009C2705">
        <w:tc>
          <w:tcPr>
            <w:tcW w:w="678" w:type="dxa"/>
            <w:vAlign w:val="center"/>
          </w:tcPr>
          <w:p w14:paraId="4814AB62" w14:textId="1844EDE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BFFB5DA" w14:textId="04ECC9F8"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Văn Trà</w:t>
            </w:r>
          </w:p>
        </w:tc>
        <w:tc>
          <w:tcPr>
            <w:tcW w:w="2835" w:type="dxa"/>
          </w:tcPr>
          <w:p w14:paraId="0B0CD23D" w14:textId="0646225C"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4D764506" w14:textId="05EA28E8"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19E8E101" w14:textId="31C1C125"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442605A8" w14:textId="77777777" w:rsidR="004A43FE" w:rsidRPr="007252E1" w:rsidRDefault="004A43FE" w:rsidP="0088613C">
            <w:pPr>
              <w:jc w:val="center"/>
              <w:rPr>
                <w:rFonts w:ascii="Times New Roman" w:hAnsi="Times New Roman" w:cs="Times New Roman"/>
                <w:sz w:val="24"/>
                <w:szCs w:val="24"/>
              </w:rPr>
            </w:pPr>
          </w:p>
        </w:tc>
      </w:tr>
      <w:tr w:rsidR="004A43FE" w:rsidRPr="007252E1" w14:paraId="66334FE1" w14:textId="01B3C55E" w:rsidTr="009C2705">
        <w:tc>
          <w:tcPr>
            <w:tcW w:w="678" w:type="dxa"/>
            <w:vAlign w:val="center"/>
          </w:tcPr>
          <w:p w14:paraId="7EDDA6ED" w14:textId="6B8E5042"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859C6EA" w14:textId="65C96C3F"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Thúy Hằng</w:t>
            </w:r>
          </w:p>
        </w:tc>
        <w:tc>
          <w:tcPr>
            <w:tcW w:w="2835" w:type="dxa"/>
          </w:tcPr>
          <w:p w14:paraId="7B4A9F73" w14:textId="4BA0D3AD"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334484D2" w14:textId="78D40B91"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61326AAD" w14:textId="711B728B"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68A757A0" w14:textId="77777777" w:rsidR="004A43FE" w:rsidRPr="007252E1" w:rsidRDefault="004A43FE" w:rsidP="0088613C">
            <w:pPr>
              <w:jc w:val="center"/>
              <w:rPr>
                <w:rFonts w:ascii="Times New Roman" w:hAnsi="Times New Roman" w:cs="Times New Roman"/>
                <w:sz w:val="24"/>
                <w:szCs w:val="24"/>
              </w:rPr>
            </w:pPr>
          </w:p>
        </w:tc>
      </w:tr>
      <w:tr w:rsidR="004A43FE" w:rsidRPr="007252E1" w14:paraId="3D744C76" w14:textId="76D982F8" w:rsidTr="009C2705">
        <w:tc>
          <w:tcPr>
            <w:tcW w:w="678" w:type="dxa"/>
            <w:vAlign w:val="center"/>
          </w:tcPr>
          <w:p w14:paraId="598C4D31" w14:textId="5F6BB4D0"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767A4490" w14:textId="3A046C87"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Thị Mỹ Nghĩa</w:t>
            </w:r>
          </w:p>
        </w:tc>
        <w:tc>
          <w:tcPr>
            <w:tcW w:w="2835" w:type="dxa"/>
          </w:tcPr>
          <w:p w14:paraId="56C43A67" w14:textId="73E56CC9"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1CC239D0" w14:textId="41016692"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7D1C3042" w14:textId="450630FD"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11825FE1" w14:textId="77777777" w:rsidR="004A43FE" w:rsidRPr="007252E1" w:rsidRDefault="004A43FE" w:rsidP="0088613C">
            <w:pPr>
              <w:jc w:val="center"/>
              <w:rPr>
                <w:rFonts w:ascii="Times New Roman" w:hAnsi="Times New Roman" w:cs="Times New Roman"/>
                <w:sz w:val="24"/>
                <w:szCs w:val="24"/>
              </w:rPr>
            </w:pPr>
          </w:p>
        </w:tc>
      </w:tr>
      <w:tr w:rsidR="004A43FE" w:rsidRPr="007252E1" w14:paraId="0C26B441" w14:textId="51A4F0E9" w:rsidTr="009C2705">
        <w:tc>
          <w:tcPr>
            <w:tcW w:w="678" w:type="dxa"/>
            <w:vAlign w:val="center"/>
          </w:tcPr>
          <w:p w14:paraId="31A627B4" w14:textId="503A7A8E"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E4E0041" w14:textId="4C0B632F"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Dương Thị Thanh Tú</w:t>
            </w:r>
          </w:p>
        </w:tc>
        <w:tc>
          <w:tcPr>
            <w:tcW w:w="2835" w:type="dxa"/>
          </w:tcPr>
          <w:p w14:paraId="6BE8E281" w14:textId="438B4C29"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5C34E33F" w14:textId="6046664C"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0F2150D5" w14:textId="1992225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FBB00FF" w14:textId="77777777" w:rsidR="004A43FE" w:rsidRPr="007252E1" w:rsidRDefault="004A43FE" w:rsidP="0088613C">
            <w:pPr>
              <w:jc w:val="center"/>
              <w:rPr>
                <w:rFonts w:ascii="Times New Roman" w:hAnsi="Times New Roman" w:cs="Times New Roman"/>
                <w:sz w:val="24"/>
                <w:szCs w:val="24"/>
              </w:rPr>
            </w:pPr>
          </w:p>
        </w:tc>
      </w:tr>
      <w:tr w:rsidR="004A43FE" w:rsidRPr="007252E1" w14:paraId="65FABCD5" w14:textId="04221520" w:rsidTr="009C2705">
        <w:tc>
          <w:tcPr>
            <w:tcW w:w="678" w:type="dxa"/>
            <w:vAlign w:val="center"/>
          </w:tcPr>
          <w:p w14:paraId="43DDCFEB" w14:textId="19AFFDE9"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F7E4DF4" w14:textId="39A1E904"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Thanh Hải</w:t>
            </w:r>
          </w:p>
        </w:tc>
        <w:tc>
          <w:tcPr>
            <w:tcW w:w="2835" w:type="dxa"/>
          </w:tcPr>
          <w:p w14:paraId="13750736" w14:textId="51F5A55F"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4A5FBF0F" w14:textId="0BA26468"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434916C1" w14:textId="163D3C6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A9121FA" w14:textId="77777777" w:rsidR="004A43FE" w:rsidRPr="007252E1" w:rsidRDefault="004A43FE" w:rsidP="0088613C">
            <w:pPr>
              <w:jc w:val="center"/>
              <w:rPr>
                <w:rFonts w:ascii="Times New Roman" w:hAnsi="Times New Roman" w:cs="Times New Roman"/>
                <w:sz w:val="24"/>
                <w:szCs w:val="24"/>
              </w:rPr>
            </w:pPr>
          </w:p>
        </w:tc>
      </w:tr>
      <w:tr w:rsidR="004A43FE" w:rsidRPr="007252E1" w14:paraId="4D2960BA" w14:textId="1CD133E3" w:rsidTr="009C2705">
        <w:tc>
          <w:tcPr>
            <w:tcW w:w="678" w:type="dxa"/>
            <w:vAlign w:val="center"/>
          </w:tcPr>
          <w:p w14:paraId="5F2B2599" w14:textId="2C88C4BD"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54E3FD8" w14:textId="4C4ADED5"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Thái Hòa</w:t>
            </w:r>
          </w:p>
        </w:tc>
        <w:tc>
          <w:tcPr>
            <w:tcW w:w="2835" w:type="dxa"/>
          </w:tcPr>
          <w:p w14:paraId="6F5380CB" w14:textId="57D61D9A"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29B588D9" w14:textId="7180EFC4"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71971C66" w14:textId="4643F7FD"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0C04A8F" w14:textId="77777777" w:rsidR="004A43FE" w:rsidRPr="007252E1" w:rsidRDefault="004A43FE" w:rsidP="0088613C">
            <w:pPr>
              <w:jc w:val="center"/>
              <w:rPr>
                <w:rFonts w:ascii="Times New Roman" w:hAnsi="Times New Roman" w:cs="Times New Roman"/>
                <w:sz w:val="24"/>
                <w:szCs w:val="24"/>
              </w:rPr>
            </w:pPr>
          </w:p>
        </w:tc>
      </w:tr>
      <w:tr w:rsidR="004A43FE" w:rsidRPr="007252E1" w14:paraId="50D3D50B" w14:textId="0BF9012E" w:rsidTr="009C2705">
        <w:tc>
          <w:tcPr>
            <w:tcW w:w="678" w:type="dxa"/>
            <w:vAlign w:val="center"/>
          </w:tcPr>
          <w:p w14:paraId="47709A29" w14:textId="729B0425"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5D6E186" w14:textId="63944E2A"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Quang Lưu</w:t>
            </w:r>
          </w:p>
        </w:tc>
        <w:tc>
          <w:tcPr>
            <w:tcW w:w="2835" w:type="dxa"/>
          </w:tcPr>
          <w:p w14:paraId="4B8789A2" w14:textId="4C3A92F5"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31C064AE" w14:textId="29B7E6AB"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739FB446" w14:textId="388D8F4F"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6AAF0226" w14:textId="77777777" w:rsidR="004A43FE" w:rsidRPr="007252E1" w:rsidRDefault="004A43FE" w:rsidP="0088613C">
            <w:pPr>
              <w:jc w:val="center"/>
              <w:rPr>
                <w:rFonts w:ascii="Times New Roman" w:hAnsi="Times New Roman" w:cs="Times New Roman"/>
                <w:sz w:val="24"/>
                <w:szCs w:val="24"/>
              </w:rPr>
            </w:pPr>
          </w:p>
        </w:tc>
      </w:tr>
      <w:tr w:rsidR="004A43FE" w:rsidRPr="007252E1" w14:paraId="59BDF2C4" w14:textId="56F24DBC" w:rsidTr="009C2705">
        <w:tc>
          <w:tcPr>
            <w:tcW w:w="678" w:type="dxa"/>
            <w:vAlign w:val="center"/>
          </w:tcPr>
          <w:p w14:paraId="69A0EB53" w14:textId="7ADF8BA3"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D70B14F" w14:textId="496DF26D"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Thị Mai</w:t>
            </w:r>
          </w:p>
        </w:tc>
        <w:tc>
          <w:tcPr>
            <w:tcW w:w="2835" w:type="dxa"/>
          </w:tcPr>
          <w:p w14:paraId="19FA12B2" w14:textId="7E249E10"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3C16AC2B" w14:textId="29ABFB0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0BC9DA07" w14:textId="29BFA0D8"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89D0EA6" w14:textId="77777777" w:rsidR="004A43FE" w:rsidRPr="007252E1" w:rsidRDefault="004A43FE" w:rsidP="0088613C">
            <w:pPr>
              <w:jc w:val="center"/>
              <w:rPr>
                <w:rFonts w:ascii="Times New Roman" w:hAnsi="Times New Roman" w:cs="Times New Roman"/>
                <w:sz w:val="24"/>
                <w:szCs w:val="24"/>
              </w:rPr>
            </w:pPr>
          </w:p>
        </w:tc>
      </w:tr>
      <w:tr w:rsidR="004A43FE" w:rsidRPr="007252E1" w14:paraId="7A669D51" w14:textId="2C47B89E" w:rsidTr="009C2705">
        <w:tc>
          <w:tcPr>
            <w:tcW w:w="678" w:type="dxa"/>
            <w:vAlign w:val="center"/>
          </w:tcPr>
          <w:p w14:paraId="67173A31" w14:textId="21A93D45"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12066B6" w14:textId="4A6B088A"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Hải Yến</w:t>
            </w:r>
          </w:p>
        </w:tc>
        <w:tc>
          <w:tcPr>
            <w:tcW w:w="2835" w:type="dxa"/>
          </w:tcPr>
          <w:p w14:paraId="07336BEE" w14:textId="77777777"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4E2F5178" w14:textId="5AC03C1C"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4D24087E" w14:textId="378A3B76"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68255B8" w14:textId="77777777" w:rsidR="004A43FE" w:rsidRPr="007252E1" w:rsidRDefault="004A43FE" w:rsidP="0088613C">
            <w:pPr>
              <w:jc w:val="center"/>
              <w:rPr>
                <w:rFonts w:ascii="Times New Roman" w:hAnsi="Times New Roman" w:cs="Times New Roman"/>
                <w:sz w:val="24"/>
                <w:szCs w:val="24"/>
              </w:rPr>
            </w:pPr>
          </w:p>
        </w:tc>
      </w:tr>
      <w:tr w:rsidR="004A43FE" w:rsidRPr="007252E1" w14:paraId="7400D48E" w14:textId="611F6941" w:rsidTr="009C2705">
        <w:tc>
          <w:tcPr>
            <w:tcW w:w="678" w:type="dxa"/>
            <w:vAlign w:val="center"/>
          </w:tcPr>
          <w:p w14:paraId="4DAE1A92" w14:textId="3B08CD29"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B3E2D7B" w14:textId="6DCB0883"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Thị Minh Hương</w:t>
            </w:r>
          </w:p>
        </w:tc>
        <w:tc>
          <w:tcPr>
            <w:tcW w:w="2835" w:type="dxa"/>
          </w:tcPr>
          <w:p w14:paraId="21127A0F" w14:textId="77777777"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03DA35AA" w14:textId="5CE15DA6"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4BCC3457" w14:textId="4D17F229"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D15D4A8" w14:textId="77777777" w:rsidR="004A43FE" w:rsidRPr="007252E1" w:rsidRDefault="004A43FE" w:rsidP="0088613C">
            <w:pPr>
              <w:jc w:val="center"/>
              <w:rPr>
                <w:rFonts w:ascii="Times New Roman" w:hAnsi="Times New Roman" w:cs="Times New Roman"/>
                <w:sz w:val="24"/>
                <w:szCs w:val="24"/>
              </w:rPr>
            </w:pPr>
          </w:p>
        </w:tc>
      </w:tr>
      <w:tr w:rsidR="004A43FE" w:rsidRPr="007252E1" w14:paraId="318A16B7" w14:textId="7FB9BB5B" w:rsidTr="009C2705">
        <w:tc>
          <w:tcPr>
            <w:tcW w:w="678" w:type="dxa"/>
            <w:vAlign w:val="center"/>
          </w:tcPr>
          <w:p w14:paraId="2E950DAD" w14:textId="1F47F3E6"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73A7BDE" w14:textId="19B4065D"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Thái Văn Huân</w:t>
            </w:r>
          </w:p>
        </w:tc>
        <w:tc>
          <w:tcPr>
            <w:tcW w:w="2835" w:type="dxa"/>
            <w:vAlign w:val="bottom"/>
          </w:tcPr>
          <w:p w14:paraId="2A64E079" w14:textId="1F365506"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Tổ trưởng </w:t>
            </w:r>
            <w:r w:rsidR="009F181E" w:rsidRPr="007252E1">
              <w:rPr>
                <w:rFonts w:ascii="Times New Roman" w:hAnsi="Times New Roman" w:cs="Times New Roman"/>
                <w:color w:val="000000"/>
                <w:sz w:val="24"/>
                <w:szCs w:val="24"/>
              </w:rPr>
              <w:t xml:space="preserve">tổ </w:t>
            </w:r>
            <w:r w:rsidRPr="007252E1">
              <w:rPr>
                <w:rFonts w:ascii="Times New Roman" w:hAnsi="Times New Roman" w:cs="Times New Roman"/>
                <w:color w:val="000000"/>
                <w:sz w:val="24"/>
                <w:szCs w:val="24"/>
              </w:rPr>
              <w:t xml:space="preserve">CM, </w:t>
            </w:r>
          </w:p>
          <w:p w14:paraId="0F50A5A4" w14:textId="7B044EC1"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w:t>
            </w:r>
          </w:p>
        </w:tc>
        <w:tc>
          <w:tcPr>
            <w:tcW w:w="2847" w:type="dxa"/>
            <w:vAlign w:val="center"/>
          </w:tcPr>
          <w:p w14:paraId="2C6B7591" w14:textId="08370F15"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13559197" w14:textId="77777777" w:rsidR="004A43FE" w:rsidRPr="007252E1" w:rsidRDefault="004A43FE" w:rsidP="0088613C">
            <w:pPr>
              <w:jc w:val="center"/>
              <w:rPr>
                <w:rFonts w:ascii="Times New Roman" w:hAnsi="Times New Roman" w:cs="Times New Roman"/>
                <w:sz w:val="24"/>
                <w:szCs w:val="24"/>
              </w:rPr>
            </w:pPr>
          </w:p>
        </w:tc>
      </w:tr>
      <w:tr w:rsidR="004A43FE" w:rsidRPr="007252E1" w14:paraId="1DE27C02" w14:textId="54BF0753" w:rsidTr="009C2705">
        <w:tc>
          <w:tcPr>
            <w:tcW w:w="678" w:type="dxa"/>
            <w:vAlign w:val="center"/>
          </w:tcPr>
          <w:p w14:paraId="1996388F" w14:textId="2AF0A8EE"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330483C4" w14:textId="295E4312"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Phan Thị Thanh Toàn</w:t>
            </w:r>
          </w:p>
        </w:tc>
        <w:tc>
          <w:tcPr>
            <w:tcW w:w="2835" w:type="dxa"/>
            <w:vAlign w:val="bottom"/>
          </w:tcPr>
          <w:p w14:paraId="203FE361" w14:textId="02689423"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Tổ phó </w:t>
            </w:r>
            <w:r w:rsidR="009F181E" w:rsidRPr="007252E1">
              <w:rPr>
                <w:rFonts w:ascii="Times New Roman" w:hAnsi="Times New Roman" w:cs="Times New Roman"/>
                <w:color w:val="000000"/>
                <w:sz w:val="24"/>
                <w:szCs w:val="24"/>
              </w:rPr>
              <w:t xml:space="preserve">tổ </w:t>
            </w:r>
            <w:r w:rsidRPr="007252E1">
              <w:rPr>
                <w:rFonts w:ascii="Times New Roman" w:hAnsi="Times New Roman" w:cs="Times New Roman"/>
                <w:color w:val="000000"/>
                <w:sz w:val="24"/>
                <w:szCs w:val="24"/>
              </w:rPr>
              <w:t>CM,</w:t>
            </w:r>
          </w:p>
          <w:p w14:paraId="5D45715E" w14:textId="4E02D1E9"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w:t>
            </w:r>
          </w:p>
        </w:tc>
        <w:tc>
          <w:tcPr>
            <w:tcW w:w="2847" w:type="dxa"/>
            <w:vAlign w:val="center"/>
          </w:tcPr>
          <w:p w14:paraId="42AA649C" w14:textId="434A4B2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F88E134" w14:textId="77777777" w:rsidR="004A43FE" w:rsidRPr="007252E1" w:rsidRDefault="004A43FE" w:rsidP="0088613C">
            <w:pPr>
              <w:jc w:val="center"/>
              <w:rPr>
                <w:rFonts w:ascii="Times New Roman" w:hAnsi="Times New Roman" w:cs="Times New Roman"/>
                <w:sz w:val="24"/>
                <w:szCs w:val="24"/>
              </w:rPr>
            </w:pPr>
          </w:p>
        </w:tc>
      </w:tr>
      <w:tr w:rsidR="004A43FE" w:rsidRPr="007252E1" w14:paraId="07E07326" w14:textId="013470DF" w:rsidTr="009C2705">
        <w:tc>
          <w:tcPr>
            <w:tcW w:w="678" w:type="dxa"/>
            <w:vAlign w:val="center"/>
          </w:tcPr>
          <w:p w14:paraId="14BC0935" w14:textId="38B96042"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CB9FDBD" w14:textId="5603747E"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sz w:val="24"/>
                <w:szCs w:val="24"/>
              </w:rPr>
              <w:t>Phạm Tuấn Anh</w:t>
            </w:r>
          </w:p>
        </w:tc>
        <w:tc>
          <w:tcPr>
            <w:tcW w:w="2835" w:type="dxa"/>
            <w:vAlign w:val="bottom"/>
          </w:tcPr>
          <w:p w14:paraId="5D98F7E3" w14:textId="66C1D7B9"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22519082" w14:textId="506AB1CE"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57C6FCE3" w14:textId="14311B2A"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3DABA7B" w14:textId="77777777" w:rsidR="004A43FE" w:rsidRPr="007252E1" w:rsidRDefault="004A43FE" w:rsidP="0088613C">
            <w:pPr>
              <w:jc w:val="center"/>
              <w:rPr>
                <w:rFonts w:ascii="Times New Roman" w:hAnsi="Times New Roman" w:cs="Times New Roman"/>
                <w:sz w:val="24"/>
                <w:szCs w:val="24"/>
              </w:rPr>
            </w:pPr>
          </w:p>
        </w:tc>
      </w:tr>
      <w:tr w:rsidR="004A43FE" w:rsidRPr="007252E1" w14:paraId="7E60ACBA" w14:textId="0930E59E" w:rsidTr="009C2705">
        <w:tc>
          <w:tcPr>
            <w:tcW w:w="678" w:type="dxa"/>
            <w:vAlign w:val="center"/>
          </w:tcPr>
          <w:p w14:paraId="48AE34BF" w14:textId="006D052F"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E2A6936" w14:textId="6FD8C35C" w:rsidR="004A43FE" w:rsidRPr="007252E1" w:rsidRDefault="004A43FE" w:rsidP="0088613C">
            <w:pPr>
              <w:rPr>
                <w:rFonts w:ascii="Times New Roman" w:hAnsi="Times New Roman" w:cs="Times New Roman"/>
                <w:sz w:val="24"/>
                <w:szCs w:val="24"/>
              </w:rPr>
            </w:pPr>
            <w:r w:rsidRPr="007252E1">
              <w:rPr>
                <w:rFonts w:ascii="Times New Roman" w:hAnsi="Times New Roman" w:cs="Times New Roman"/>
                <w:sz w:val="24"/>
                <w:szCs w:val="24"/>
              </w:rPr>
              <w:t>Nguyễn Thụy Hoa</w:t>
            </w:r>
          </w:p>
        </w:tc>
        <w:tc>
          <w:tcPr>
            <w:tcW w:w="2835" w:type="dxa"/>
            <w:vAlign w:val="bottom"/>
          </w:tcPr>
          <w:p w14:paraId="69CB9C6D" w14:textId="357DBFBB"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Giáo viên,</w:t>
            </w:r>
          </w:p>
          <w:p w14:paraId="2833BFEC" w14:textId="433CF31D"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65335C16" w14:textId="3AEBDC7F"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3E590AD" w14:textId="77777777" w:rsidR="004A43FE" w:rsidRPr="007252E1" w:rsidRDefault="004A43FE" w:rsidP="0088613C">
            <w:pPr>
              <w:jc w:val="center"/>
              <w:rPr>
                <w:rFonts w:ascii="Times New Roman" w:hAnsi="Times New Roman" w:cs="Times New Roman"/>
                <w:sz w:val="24"/>
                <w:szCs w:val="24"/>
              </w:rPr>
            </w:pPr>
          </w:p>
        </w:tc>
      </w:tr>
      <w:tr w:rsidR="004A43FE" w:rsidRPr="007252E1" w14:paraId="17C460EC" w14:textId="08EC121F" w:rsidTr="009C2705">
        <w:tc>
          <w:tcPr>
            <w:tcW w:w="678" w:type="dxa"/>
            <w:vAlign w:val="center"/>
          </w:tcPr>
          <w:p w14:paraId="5DCF5B9F" w14:textId="76A3B83D"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76FACCEF" w14:textId="16193D44"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Hồ Nhật Thành</w:t>
            </w:r>
          </w:p>
        </w:tc>
        <w:tc>
          <w:tcPr>
            <w:tcW w:w="2835" w:type="dxa"/>
            <w:vAlign w:val="bottom"/>
          </w:tcPr>
          <w:p w14:paraId="615004DC" w14:textId="343140FA"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7ECC7FF3" w14:textId="55D75DBD"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1A21A505" w14:textId="0576BD7F"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637FD77F" w14:textId="77777777" w:rsidR="004A43FE" w:rsidRPr="007252E1" w:rsidRDefault="004A43FE" w:rsidP="0088613C">
            <w:pPr>
              <w:jc w:val="center"/>
              <w:rPr>
                <w:rFonts w:ascii="Times New Roman" w:hAnsi="Times New Roman" w:cs="Times New Roman"/>
                <w:sz w:val="24"/>
                <w:szCs w:val="24"/>
              </w:rPr>
            </w:pPr>
          </w:p>
        </w:tc>
      </w:tr>
      <w:tr w:rsidR="004A43FE" w:rsidRPr="007252E1" w14:paraId="5EBE2704" w14:textId="3A7B11BB" w:rsidTr="009C2705">
        <w:tc>
          <w:tcPr>
            <w:tcW w:w="678" w:type="dxa"/>
            <w:vAlign w:val="center"/>
          </w:tcPr>
          <w:p w14:paraId="63C708BC" w14:textId="783214EC"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5A70DAE" w14:textId="5DDCA6FD"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 xml:space="preserve">Nguyễn Mạnh Quân </w:t>
            </w:r>
          </w:p>
        </w:tc>
        <w:tc>
          <w:tcPr>
            <w:tcW w:w="2835" w:type="dxa"/>
            <w:vAlign w:val="bottom"/>
          </w:tcPr>
          <w:p w14:paraId="74FF314B" w14:textId="60967AB4"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189E8154" w14:textId="7D12EDF9"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4BCEFC9E" w14:textId="37505DF2"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1E6410AC" w14:textId="77777777" w:rsidR="004A43FE" w:rsidRPr="007252E1" w:rsidRDefault="004A43FE" w:rsidP="0088613C">
            <w:pPr>
              <w:jc w:val="center"/>
              <w:rPr>
                <w:rFonts w:ascii="Times New Roman" w:hAnsi="Times New Roman" w:cs="Times New Roman"/>
                <w:sz w:val="24"/>
                <w:szCs w:val="24"/>
              </w:rPr>
            </w:pPr>
          </w:p>
        </w:tc>
      </w:tr>
      <w:tr w:rsidR="004A43FE" w:rsidRPr="007252E1" w14:paraId="7BB23FD6" w14:textId="77777777" w:rsidTr="009C2705">
        <w:tc>
          <w:tcPr>
            <w:tcW w:w="678" w:type="dxa"/>
            <w:vAlign w:val="center"/>
          </w:tcPr>
          <w:p w14:paraId="69E6DB32"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87409D8" w14:textId="72C959A8"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Hồ Huy Mạn</w:t>
            </w:r>
          </w:p>
        </w:tc>
        <w:tc>
          <w:tcPr>
            <w:tcW w:w="2835" w:type="dxa"/>
            <w:vAlign w:val="bottom"/>
          </w:tcPr>
          <w:p w14:paraId="3181848F" w14:textId="07EE3AF6"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76AA86E5" w14:textId="50C72575"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070600D2" w14:textId="2130D838"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C5A350F" w14:textId="77777777" w:rsidR="004A43FE" w:rsidRPr="007252E1" w:rsidRDefault="004A43FE" w:rsidP="0088613C">
            <w:pPr>
              <w:jc w:val="center"/>
              <w:rPr>
                <w:rFonts w:ascii="Times New Roman" w:hAnsi="Times New Roman" w:cs="Times New Roman"/>
                <w:sz w:val="24"/>
                <w:szCs w:val="24"/>
              </w:rPr>
            </w:pPr>
          </w:p>
        </w:tc>
      </w:tr>
      <w:tr w:rsidR="004A43FE" w:rsidRPr="007252E1" w14:paraId="17F47ACA" w14:textId="77777777" w:rsidTr="009C2705">
        <w:tc>
          <w:tcPr>
            <w:tcW w:w="678" w:type="dxa"/>
            <w:vAlign w:val="center"/>
          </w:tcPr>
          <w:p w14:paraId="0DE22533"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37B9CD5A" w14:textId="09255D10"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Trần Mạnh Hùng</w:t>
            </w:r>
          </w:p>
        </w:tc>
        <w:tc>
          <w:tcPr>
            <w:tcW w:w="2835" w:type="dxa"/>
            <w:vAlign w:val="bottom"/>
          </w:tcPr>
          <w:p w14:paraId="796FDA1F" w14:textId="5958B49A"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6E07B588" w14:textId="530FC7A5"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38CC1951" w14:textId="69E3A4DF"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8F41C75" w14:textId="77777777" w:rsidR="004A43FE" w:rsidRPr="007252E1" w:rsidRDefault="004A43FE" w:rsidP="0088613C">
            <w:pPr>
              <w:jc w:val="center"/>
              <w:rPr>
                <w:rFonts w:ascii="Times New Roman" w:hAnsi="Times New Roman" w:cs="Times New Roman"/>
                <w:sz w:val="24"/>
                <w:szCs w:val="24"/>
              </w:rPr>
            </w:pPr>
          </w:p>
        </w:tc>
      </w:tr>
      <w:tr w:rsidR="004A43FE" w:rsidRPr="007252E1" w14:paraId="3234754F" w14:textId="77777777" w:rsidTr="009C2705">
        <w:tc>
          <w:tcPr>
            <w:tcW w:w="678" w:type="dxa"/>
            <w:vAlign w:val="center"/>
          </w:tcPr>
          <w:p w14:paraId="4DF24644"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27E89A0" w14:textId="624D6C30"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Nguyễn Như Tùng</w:t>
            </w:r>
          </w:p>
        </w:tc>
        <w:tc>
          <w:tcPr>
            <w:tcW w:w="2835" w:type="dxa"/>
            <w:vAlign w:val="bottom"/>
          </w:tcPr>
          <w:p w14:paraId="4F3C5C68" w14:textId="3B154B7E"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2B72A0AF" w14:textId="59B1DBFE"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678B2014" w14:textId="5D38F89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F5A9C8B" w14:textId="77777777" w:rsidR="004A43FE" w:rsidRPr="007252E1" w:rsidRDefault="004A43FE" w:rsidP="0088613C">
            <w:pPr>
              <w:jc w:val="center"/>
              <w:rPr>
                <w:rFonts w:ascii="Times New Roman" w:hAnsi="Times New Roman" w:cs="Times New Roman"/>
                <w:sz w:val="24"/>
                <w:szCs w:val="24"/>
              </w:rPr>
            </w:pPr>
          </w:p>
        </w:tc>
      </w:tr>
      <w:tr w:rsidR="004A43FE" w:rsidRPr="007252E1" w14:paraId="097B3E13" w14:textId="77777777" w:rsidTr="009C2705">
        <w:tc>
          <w:tcPr>
            <w:tcW w:w="678" w:type="dxa"/>
            <w:vAlign w:val="center"/>
          </w:tcPr>
          <w:p w14:paraId="2831F240"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F274CC8" w14:textId="2F9F712B"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Thái Văn Quý</w:t>
            </w:r>
          </w:p>
        </w:tc>
        <w:tc>
          <w:tcPr>
            <w:tcW w:w="2835" w:type="dxa"/>
            <w:vAlign w:val="bottom"/>
          </w:tcPr>
          <w:p w14:paraId="12C54EB9" w14:textId="3AFDE88E"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41B94BBB" w14:textId="3669C95A"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7C9B0BD0" w14:textId="6DA6BE08"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63212452" w14:textId="77777777" w:rsidR="004A43FE" w:rsidRPr="007252E1" w:rsidRDefault="004A43FE" w:rsidP="0088613C">
            <w:pPr>
              <w:jc w:val="center"/>
              <w:rPr>
                <w:rFonts w:ascii="Times New Roman" w:hAnsi="Times New Roman" w:cs="Times New Roman"/>
                <w:sz w:val="24"/>
                <w:szCs w:val="24"/>
              </w:rPr>
            </w:pPr>
          </w:p>
        </w:tc>
      </w:tr>
      <w:tr w:rsidR="004A43FE" w:rsidRPr="007252E1" w14:paraId="5ABA3583" w14:textId="77777777" w:rsidTr="009C2705">
        <w:tc>
          <w:tcPr>
            <w:tcW w:w="678" w:type="dxa"/>
            <w:vAlign w:val="center"/>
          </w:tcPr>
          <w:p w14:paraId="1E38A809"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7E932467" w14:textId="25A56B8C"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Hoàng Văn Hoàn</w:t>
            </w:r>
          </w:p>
        </w:tc>
        <w:tc>
          <w:tcPr>
            <w:tcW w:w="2835" w:type="dxa"/>
            <w:vAlign w:val="bottom"/>
          </w:tcPr>
          <w:p w14:paraId="561BA310" w14:textId="39CF69E0"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6DE87A07" w14:textId="7D4B8868"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0A9E4D11" w14:textId="30D523A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5FF35A7" w14:textId="77777777" w:rsidR="004A43FE" w:rsidRPr="007252E1" w:rsidRDefault="004A43FE" w:rsidP="0088613C">
            <w:pPr>
              <w:jc w:val="center"/>
              <w:rPr>
                <w:rFonts w:ascii="Times New Roman" w:hAnsi="Times New Roman" w:cs="Times New Roman"/>
                <w:sz w:val="24"/>
                <w:szCs w:val="24"/>
              </w:rPr>
            </w:pPr>
          </w:p>
        </w:tc>
      </w:tr>
      <w:tr w:rsidR="004A43FE" w:rsidRPr="007252E1" w14:paraId="3EEA01B5" w14:textId="77777777" w:rsidTr="009C2705">
        <w:tc>
          <w:tcPr>
            <w:tcW w:w="678" w:type="dxa"/>
            <w:vAlign w:val="center"/>
          </w:tcPr>
          <w:p w14:paraId="05C44551"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5A3F563" w14:textId="4D770928"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Vương Thị Ngọc Loan</w:t>
            </w:r>
          </w:p>
        </w:tc>
        <w:tc>
          <w:tcPr>
            <w:tcW w:w="2835" w:type="dxa"/>
            <w:vAlign w:val="bottom"/>
          </w:tcPr>
          <w:p w14:paraId="6AA724C9" w14:textId="651D8B7E"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Giáo viên,</w:t>
            </w:r>
          </w:p>
          <w:p w14:paraId="0E09C351" w14:textId="293B2A62"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2796A091" w14:textId="7BC69DE7"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89A9F9C" w14:textId="77777777" w:rsidR="004A43FE" w:rsidRPr="007252E1" w:rsidRDefault="004A43FE" w:rsidP="0088613C">
            <w:pPr>
              <w:jc w:val="center"/>
              <w:rPr>
                <w:rFonts w:ascii="Times New Roman" w:hAnsi="Times New Roman" w:cs="Times New Roman"/>
                <w:sz w:val="24"/>
                <w:szCs w:val="24"/>
              </w:rPr>
            </w:pPr>
          </w:p>
        </w:tc>
      </w:tr>
      <w:tr w:rsidR="004A43FE" w:rsidRPr="007252E1" w14:paraId="14AFDE70" w14:textId="77777777" w:rsidTr="009C2705">
        <w:tc>
          <w:tcPr>
            <w:tcW w:w="678" w:type="dxa"/>
            <w:vAlign w:val="center"/>
          </w:tcPr>
          <w:p w14:paraId="00E23909"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1B2BAA2" w14:textId="6A330A87"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Phương Hướng</w:t>
            </w:r>
          </w:p>
        </w:tc>
        <w:tc>
          <w:tcPr>
            <w:tcW w:w="2835" w:type="dxa"/>
            <w:vAlign w:val="bottom"/>
          </w:tcPr>
          <w:p w14:paraId="4327CBCA" w14:textId="397D47CD"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40AE7A59" w14:textId="68C1C9B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00986EBB" w14:textId="0DA4A30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2DC9E3F" w14:textId="77777777" w:rsidR="004A43FE" w:rsidRPr="007252E1" w:rsidRDefault="004A43FE" w:rsidP="0088613C">
            <w:pPr>
              <w:jc w:val="center"/>
              <w:rPr>
                <w:rFonts w:ascii="Times New Roman" w:hAnsi="Times New Roman" w:cs="Times New Roman"/>
                <w:sz w:val="24"/>
                <w:szCs w:val="24"/>
              </w:rPr>
            </w:pPr>
          </w:p>
        </w:tc>
      </w:tr>
      <w:tr w:rsidR="004A43FE" w:rsidRPr="007252E1" w14:paraId="6528059E" w14:textId="77777777" w:rsidTr="009C2705">
        <w:tc>
          <w:tcPr>
            <w:tcW w:w="678" w:type="dxa"/>
            <w:vAlign w:val="center"/>
          </w:tcPr>
          <w:p w14:paraId="3607CD8D"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4656F90" w14:textId="1945C697"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Nguyễn Thị Tuyết Mai</w:t>
            </w:r>
          </w:p>
        </w:tc>
        <w:tc>
          <w:tcPr>
            <w:tcW w:w="2835" w:type="dxa"/>
            <w:vAlign w:val="bottom"/>
          </w:tcPr>
          <w:p w14:paraId="24E0433B" w14:textId="163853F3"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Giáo viên,</w:t>
            </w:r>
          </w:p>
          <w:p w14:paraId="2275E33F" w14:textId="4A80070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1F9BAC00" w14:textId="000E090D"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22233BF" w14:textId="77777777" w:rsidR="004A43FE" w:rsidRPr="007252E1" w:rsidRDefault="004A43FE" w:rsidP="0088613C">
            <w:pPr>
              <w:jc w:val="center"/>
              <w:rPr>
                <w:rFonts w:ascii="Times New Roman" w:hAnsi="Times New Roman" w:cs="Times New Roman"/>
                <w:sz w:val="24"/>
                <w:szCs w:val="24"/>
              </w:rPr>
            </w:pPr>
          </w:p>
        </w:tc>
      </w:tr>
      <w:tr w:rsidR="004A43FE" w:rsidRPr="007252E1" w14:paraId="481EEA81" w14:textId="77777777" w:rsidTr="009C2705">
        <w:tc>
          <w:tcPr>
            <w:tcW w:w="678" w:type="dxa"/>
            <w:vAlign w:val="center"/>
          </w:tcPr>
          <w:p w14:paraId="377BA628"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DA20BD9" w14:textId="1203B1B2"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Nguyễn Thị Huyền Châu </w:t>
            </w:r>
          </w:p>
        </w:tc>
        <w:tc>
          <w:tcPr>
            <w:tcW w:w="2835" w:type="dxa"/>
            <w:vAlign w:val="bottom"/>
          </w:tcPr>
          <w:p w14:paraId="32C4C185" w14:textId="09F947E7"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6CAD49F6" w14:textId="4140EC93"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4EFB632B" w14:textId="357DE73A"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1D184BC1" w14:textId="77777777" w:rsidR="004A43FE" w:rsidRPr="007252E1" w:rsidRDefault="004A43FE" w:rsidP="0088613C">
            <w:pPr>
              <w:jc w:val="center"/>
              <w:rPr>
                <w:rFonts w:ascii="Times New Roman" w:hAnsi="Times New Roman" w:cs="Times New Roman"/>
                <w:sz w:val="24"/>
                <w:szCs w:val="24"/>
              </w:rPr>
            </w:pPr>
          </w:p>
        </w:tc>
      </w:tr>
      <w:tr w:rsidR="004A43FE" w:rsidRPr="007252E1" w14:paraId="048EE4D3" w14:textId="77777777" w:rsidTr="009C2705">
        <w:tc>
          <w:tcPr>
            <w:tcW w:w="678" w:type="dxa"/>
            <w:vAlign w:val="center"/>
          </w:tcPr>
          <w:p w14:paraId="6C41509D"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0BE97EA" w14:textId="6109F474"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Phạm Thị Hồng Thắm </w:t>
            </w:r>
          </w:p>
        </w:tc>
        <w:tc>
          <w:tcPr>
            <w:tcW w:w="2835" w:type="dxa"/>
            <w:vAlign w:val="bottom"/>
          </w:tcPr>
          <w:p w14:paraId="55F3F974" w14:textId="3B482C5B"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Giáo viên,</w:t>
            </w:r>
          </w:p>
          <w:p w14:paraId="4AD6AFAB" w14:textId="0BB5C5E3"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291E0DC9" w14:textId="3A1C7C0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103A99F" w14:textId="77777777" w:rsidR="004A43FE" w:rsidRPr="007252E1" w:rsidRDefault="004A43FE" w:rsidP="0088613C">
            <w:pPr>
              <w:jc w:val="center"/>
              <w:rPr>
                <w:rFonts w:ascii="Times New Roman" w:hAnsi="Times New Roman" w:cs="Times New Roman"/>
                <w:sz w:val="24"/>
                <w:szCs w:val="24"/>
              </w:rPr>
            </w:pPr>
          </w:p>
        </w:tc>
      </w:tr>
      <w:tr w:rsidR="004A43FE" w:rsidRPr="007252E1" w14:paraId="62CC8DE1" w14:textId="77777777" w:rsidTr="009C2705">
        <w:tc>
          <w:tcPr>
            <w:tcW w:w="678" w:type="dxa"/>
            <w:vAlign w:val="center"/>
          </w:tcPr>
          <w:p w14:paraId="3D5634FF"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F3BE6FD" w14:textId="4C283871"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Cao Thị Huế</w:t>
            </w:r>
          </w:p>
        </w:tc>
        <w:tc>
          <w:tcPr>
            <w:tcW w:w="2835" w:type="dxa"/>
            <w:vAlign w:val="bottom"/>
          </w:tcPr>
          <w:p w14:paraId="3E0A3113" w14:textId="5ADA64D1"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Giáo viên,</w:t>
            </w:r>
          </w:p>
          <w:p w14:paraId="28195546" w14:textId="28098091"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6EE91E57" w14:textId="71D00059"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03DED7D" w14:textId="77777777" w:rsidR="004A43FE" w:rsidRPr="007252E1" w:rsidRDefault="004A43FE" w:rsidP="0088613C">
            <w:pPr>
              <w:jc w:val="center"/>
              <w:rPr>
                <w:rFonts w:ascii="Times New Roman" w:hAnsi="Times New Roman" w:cs="Times New Roman"/>
                <w:sz w:val="24"/>
                <w:szCs w:val="24"/>
              </w:rPr>
            </w:pPr>
          </w:p>
        </w:tc>
      </w:tr>
      <w:tr w:rsidR="004A43FE" w:rsidRPr="007252E1" w14:paraId="226C42EA" w14:textId="77777777" w:rsidTr="009C2705">
        <w:tc>
          <w:tcPr>
            <w:tcW w:w="678" w:type="dxa"/>
            <w:vAlign w:val="center"/>
          </w:tcPr>
          <w:p w14:paraId="7FE91F7B"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D69B8EE" w14:textId="0A61ABDB"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Thông</w:t>
            </w:r>
          </w:p>
        </w:tc>
        <w:tc>
          <w:tcPr>
            <w:tcW w:w="2835" w:type="dxa"/>
            <w:vAlign w:val="bottom"/>
          </w:tcPr>
          <w:p w14:paraId="600A9C8A" w14:textId="075A83E4"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4BE8570E" w14:textId="12244BE1"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2B6090B3" w14:textId="53AA3950"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29BE9FC" w14:textId="77777777" w:rsidR="004A43FE" w:rsidRPr="007252E1" w:rsidRDefault="004A43FE" w:rsidP="0088613C">
            <w:pPr>
              <w:jc w:val="center"/>
              <w:rPr>
                <w:rFonts w:ascii="Times New Roman" w:hAnsi="Times New Roman" w:cs="Times New Roman"/>
                <w:sz w:val="24"/>
                <w:szCs w:val="24"/>
              </w:rPr>
            </w:pPr>
          </w:p>
        </w:tc>
      </w:tr>
      <w:tr w:rsidR="004A43FE" w:rsidRPr="007252E1" w14:paraId="66107A47" w14:textId="77777777" w:rsidTr="009C2705">
        <w:tc>
          <w:tcPr>
            <w:tcW w:w="678" w:type="dxa"/>
            <w:vAlign w:val="center"/>
          </w:tcPr>
          <w:p w14:paraId="56B5FA50"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E50B57E" w14:textId="5C25237F"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Thị Thanh Tú</w:t>
            </w:r>
          </w:p>
        </w:tc>
        <w:tc>
          <w:tcPr>
            <w:tcW w:w="2835" w:type="dxa"/>
            <w:vAlign w:val="bottom"/>
          </w:tcPr>
          <w:p w14:paraId="17CFB826" w14:textId="36826CC3"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194F61DE" w14:textId="16D84AB2"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156A32E1" w14:textId="446589F4"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62EA22E" w14:textId="77777777" w:rsidR="004A43FE" w:rsidRPr="007252E1" w:rsidRDefault="004A43FE" w:rsidP="0088613C">
            <w:pPr>
              <w:jc w:val="center"/>
              <w:rPr>
                <w:rFonts w:ascii="Times New Roman" w:hAnsi="Times New Roman" w:cs="Times New Roman"/>
                <w:sz w:val="24"/>
                <w:szCs w:val="24"/>
              </w:rPr>
            </w:pPr>
          </w:p>
        </w:tc>
      </w:tr>
      <w:tr w:rsidR="004A43FE" w:rsidRPr="007252E1" w14:paraId="17258027" w14:textId="77777777" w:rsidTr="009C2705">
        <w:tc>
          <w:tcPr>
            <w:tcW w:w="678" w:type="dxa"/>
            <w:vAlign w:val="center"/>
          </w:tcPr>
          <w:p w14:paraId="08CA635E"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752CC29" w14:textId="26CEDCD6"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Nguyễn Duy Đại</w:t>
            </w:r>
          </w:p>
        </w:tc>
        <w:tc>
          <w:tcPr>
            <w:tcW w:w="2835" w:type="dxa"/>
            <w:vAlign w:val="bottom"/>
          </w:tcPr>
          <w:p w14:paraId="68FAC24D" w14:textId="449351C0"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1E6F37E2" w14:textId="76FCFC87"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2BBF9DAA" w14:textId="066A31F5"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1103DF3" w14:textId="77777777" w:rsidR="004A43FE" w:rsidRPr="007252E1" w:rsidRDefault="004A43FE" w:rsidP="0088613C">
            <w:pPr>
              <w:jc w:val="center"/>
              <w:rPr>
                <w:rFonts w:ascii="Times New Roman" w:hAnsi="Times New Roman" w:cs="Times New Roman"/>
                <w:sz w:val="24"/>
                <w:szCs w:val="24"/>
              </w:rPr>
            </w:pPr>
          </w:p>
        </w:tc>
      </w:tr>
      <w:tr w:rsidR="004A43FE" w:rsidRPr="007252E1" w14:paraId="01667177" w14:textId="77777777" w:rsidTr="009C2705">
        <w:tc>
          <w:tcPr>
            <w:tcW w:w="678" w:type="dxa"/>
            <w:vAlign w:val="center"/>
          </w:tcPr>
          <w:p w14:paraId="051B3CB0"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0F3D959" w14:textId="1D16DC5C"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Văn Thuần</w:t>
            </w:r>
          </w:p>
        </w:tc>
        <w:tc>
          <w:tcPr>
            <w:tcW w:w="2835" w:type="dxa"/>
            <w:vAlign w:val="bottom"/>
          </w:tcPr>
          <w:p w14:paraId="111083CD" w14:textId="62B41594"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25E5E1A8" w14:textId="419D02CC"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7F0EB7F4" w14:textId="330B2F17"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2B413BF" w14:textId="77777777" w:rsidR="004A43FE" w:rsidRPr="007252E1" w:rsidRDefault="004A43FE" w:rsidP="0088613C">
            <w:pPr>
              <w:jc w:val="center"/>
              <w:rPr>
                <w:rFonts w:ascii="Times New Roman" w:hAnsi="Times New Roman" w:cs="Times New Roman"/>
                <w:sz w:val="24"/>
                <w:szCs w:val="24"/>
              </w:rPr>
            </w:pPr>
          </w:p>
        </w:tc>
      </w:tr>
      <w:tr w:rsidR="004A43FE" w:rsidRPr="007252E1" w14:paraId="23B28E51" w14:textId="77777777" w:rsidTr="009C2705">
        <w:tc>
          <w:tcPr>
            <w:tcW w:w="678" w:type="dxa"/>
            <w:vAlign w:val="center"/>
          </w:tcPr>
          <w:p w14:paraId="3DE05707"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2777E75" w14:textId="5B0970E2"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Khắc Hảo</w:t>
            </w:r>
          </w:p>
        </w:tc>
        <w:tc>
          <w:tcPr>
            <w:tcW w:w="2835" w:type="dxa"/>
            <w:vAlign w:val="bottom"/>
          </w:tcPr>
          <w:p w14:paraId="143C81F2" w14:textId="31ACBF02"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Giáo viên,</w:t>
            </w:r>
          </w:p>
          <w:p w14:paraId="1D3B4352" w14:textId="7051CD58"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05925B16" w14:textId="4F1A49D7"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ABD1A9B" w14:textId="77777777" w:rsidR="004A43FE" w:rsidRPr="007252E1" w:rsidRDefault="004A43FE" w:rsidP="0088613C">
            <w:pPr>
              <w:jc w:val="center"/>
              <w:rPr>
                <w:rFonts w:ascii="Times New Roman" w:hAnsi="Times New Roman" w:cs="Times New Roman"/>
                <w:sz w:val="24"/>
                <w:szCs w:val="24"/>
              </w:rPr>
            </w:pPr>
          </w:p>
        </w:tc>
      </w:tr>
      <w:tr w:rsidR="004A43FE" w:rsidRPr="007252E1" w14:paraId="674D46CA" w14:textId="77777777" w:rsidTr="009C2705">
        <w:tc>
          <w:tcPr>
            <w:tcW w:w="678" w:type="dxa"/>
            <w:vAlign w:val="center"/>
          </w:tcPr>
          <w:p w14:paraId="667B4572"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2241F20" w14:textId="5CA341AA"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Nguyễn Đình Giáp</w:t>
            </w:r>
          </w:p>
        </w:tc>
        <w:tc>
          <w:tcPr>
            <w:tcW w:w="2835" w:type="dxa"/>
            <w:vAlign w:val="bottom"/>
          </w:tcPr>
          <w:p w14:paraId="7E1B0E7D" w14:textId="4B288D50"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Giáo viên,</w:t>
            </w:r>
          </w:p>
          <w:p w14:paraId="5ECADA00" w14:textId="6F07DBA6"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Sơn Tiến </w:t>
            </w:r>
          </w:p>
        </w:tc>
        <w:tc>
          <w:tcPr>
            <w:tcW w:w="2847" w:type="dxa"/>
            <w:vAlign w:val="center"/>
          </w:tcPr>
          <w:p w14:paraId="271A27DD" w14:textId="3E8F97B2"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1781869" w14:textId="77777777" w:rsidR="004A43FE" w:rsidRPr="007252E1" w:rsidRDefault="004A43FE" w:rsidP="0088613C">
            <w:pPr>
              <w:jc w:val="center"/>
              <w:rPr>
                <w:rFonts w:ascii="Times New Roman" w:hAnsi="Times New Roman" w:cs="Times New Roman"/>
                <w:sz w:val="24"/>
                <w:szCs w:val="24"/>
              </w:rPr>
            </w:pPr>
          </w:p>
        </w:tc>
      </w:tr>
      <w:tr w:rsidR="004A43FE" w:rsidRPr="007252E1" w14:paraId="1D3F3FCE" w14:textId="77777777" w:rsidTr="009C2705">
        <w:tc>
          <w:tcPr>
            <w:tcW w:w="678" w:type="dxa"/>
            <w:vAlign w:val="center"/>
          </w:tcPr>
          <w:p w14:paraId="484F85A0"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DC636B9" w14:textId="1C5ABF8E"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Huy Thông</w:t>
            </w:r>
          </w:p>
        </w:tc>
        <w:tc>
          <w:tcPr>
            <w:tcW w:w="2835" w:type="dxa"/>
            <w:vAlign w:val="center"/>
          </w:tcPr>
          <w:p w14:paraId="6073590A" w14:textId="1AB74775"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282E2AC1" w14:textId="442BC626"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0E2AF5E6" w14:textId="1E50DDCA"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1282C7B" w14:textId="77777777" w:rsidR="004A43FE" w:rsidRPr="007252E1" w:rsidRDefault="004A43FE" w:rsidP="0088613C">
            <w:pPr>
              <w:jc w:val="center"/>
              <w:rPr>
                <w:rFonts w:ascii="Times New Roman" w:hAnsi="Times New Roman" w:cs="Times New Roman"/>
                <w:sz w:val="24"/>
                <w:szCs w:val="24"/>
              </w:rPr>
            </w:pPr>
          </w:p>
        </w:tc>
      </w:tr>
      <w:tr w:rsidR="004A43FE" w:rsidRPr="007252E1" w14:paraId="0540F7D9" w14:textId="77777777" w:rsidTr="009C2705">
        <w:tc>
          <w:tcPr>
            <w:tcW w:w="678" w:type="dxa"/>
            <w:vAlign w:val="center"/>
          </w:tcPr>
          <w:p w14:paraId="649BE24B"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B454949" w14:textId="44219454"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Phan Thanh Sang</w:t>
            </w:r>
          </w:p>
        </w:tc>
        <w:tc>
          <w:tcPr>
            <w:tcW w:w="2835" w:type="dxa"/>
            <w:vAlign w:val="center"/>
          </w:tcPr>
          <w:p w14:paraId="57442C09" w14:textId="7A35900C"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 xml:space="preserve">Tổ trưởng </w:t>
            </w:r>
            <w:r w:rsidR="009F181E" w:rsidRPr="007252E1">
              <w:rPr>
                <w:rFonts w:ascii="Times New Roman" w:hAnsi="Times New Roman" w:cs="Times New Roman"/>
                <w:sz w:val="24"/>
                <w:szCs w:val="24"/>
              </w:rPr>
              <w:t xml:space="preserve">tổ </w:t>
            </w:r>
            <w:r w:rsidRPr="007252E1">
              <w:rPr>
                <w:rFonts w:ascii="Times New Roman" w:hAnsi="Times New Roman" w:cs="Times New Roman"/>
                <w:sz w:val="24"/>
                <w:szCs w:val="24"/>
              </w:rPr>
              <w:t>CM,</w:t>
            </w:r>
          </w:p>
          <w:p w14:paraId="3C1960E4" w14:textId="6D5A4715"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34A6EFD5" w14:textId="1F59605B"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34B9287" w14:textId="77777777" w:rsidR="004A43FE" w:rsidRPr="007252E1" w:rsidRDefault="004A43FE" w:rsidP="0088613C">
            <w:pPr>
              <w:jc w:val="center"/>
              <w:rPr>
                <w:rFonts w:ascii="Times New Roman" w:hAnsi="Times New Roman" w:cs="Times New Roman"/>
                <w:sz w:val="24"/>
                <w:szCs w:val="24"/>
              </w:rPr>
            </w:pPr>
          </w:p>
        </w:tc>
      </w:tr>
      <w:tr w:rsidR="004A43FE" w:rsidRPr="007252E1" w14:paraId="4F2609F7" w14:textId="77777777" w:rsidTr="009C2705">
        <w:tc>
          <w:tcPr>
            <w:tcW w:w="678" w:type="dxa"/>
            <w:vAlign w:val="center"/>
          </w:tcPr>
          <w:p w14:paraId="7E8A434B"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94485B1" w14:textId="505392DF"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Cúc</w:t>
            </w:r>
          </w:p>
        </w:tc>
        <w:tc>
          <w:tcPr>
            <w:tcW w:w="2835" w:type="dxa"/>
            <w:vAlign w:val="center"/>
          </w:tcPr>
          <w:p w14:paraId="31364809" w14:textId="73076989"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74C98AEC" w14:textId="0A763EA4"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72E385B4" w14:textId="42D251F5"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1D8D41E7" w14:textId="77777777" w:rsidR="004A43FE" w:rsidRPr="007252E1" w:rsidRDefault="004A43FE" w:rsidP="0088613C">
            <w:pPr>
              <w:jc w:val="center"/>
              <w:rPr>
                <w:rFonts w:ascii="Times New Roman" w:hAnsi="Times New Roman" w:cs="Times New Roman"/>
                <w:sz w:val="24"/>
                <w:szCs w:val="24"/>
              </w:rPr>
            </w:pPr>
          </w:p>
        </w:tc>
      </w:tr>
      <w:tr w:rsidR="004A43FE" w:rsidRPr="007252E1" w14:paraId="03BDD298" w14:textId="77777777" w:rsidTr="009C2705">
        <w:tc>
          <w:tcPr>
            <w:tcW w:w="678" w:type="dxa"/>
            <w:vAlign w:val="center"/>
          </w:tcPr>
          <w:p w14:paraId="299252C9"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D7EA376" w14:textId="43649368"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Ngọc Anh</w:t>
            </w:r>
          </w:p>
        </w:tc>
        <w:tc>
          <w:tcPr>
            <w:tcW w:w="2835" w:type="dxa"/>
            <w:vAlign w:val="center"/>
          </w:tcPr>
          <w:p w14:paraId="0477D62D" w14:textId="7E68AFF7"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2E51D9C8" w14:textId="04602437"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151CA780" w14:textId="199F081C"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75284D0" w14:textId="77777777" w:rsidR="004A43FE" w:rsidRPr="007252E1" w:rsidRDefault="004A43FE" w:rsidP="0088613C">
            <w:pPr>
              <w:jc w:val="center"/>
              <w:rPr>
                <w:rFonts w:ascii="Times New Roman" w:hAnsi="Times New Roman" w:cs="Times New Roman"/>
                <w:sz w:val="24"/>
                <w:szCs w:val="24"/>
              </w:rPr>
            </w:pPr>
          </w:p>
        </w:tc>
      </w:tr>
      <w:tr w:rsidR="004A43FE" w:rsidRPr="007252E1" w14:paraId="19EDE656" w14:textId="77777777" w:rsidTr="009C2705">
        <w:tc>
          <w:tcPr>
            <w:tcW w:w="678" w:type="dxa"/>
            <w:vAlign w:val="center"/>
          </w:tcPr>
          <w:p w14:paraId="0AC002E6"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33BE76F" w14:textId="5173C37D"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Phan Thị Hồng Vân</w:t>
            </w:r>
          </w:p>
        </w:tc>
        <w:tc>
          <w:tcPr>
            <w:tcW w:w="2835" w:type="dxa"/>
            <w:vAlign w:val="center"/>
          </w:tcPr>
          <w:p w14:paraId="611F734A" w14:textId="11339909"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2C2A3171" w14:textId="0E96D8C5"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69B784A8" w14:textId="0506E76D"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40691240" w14:textId="77777777" w:rsidR="004A43FE" w:rsidRPr="007252E1" w:rsidRDefault="004A43FE" w:rsidP="0088613C">
            <w:pPr>
              <w:jc w:val="center"/>
              <w:rPr>
                <w:rFonts w:ascii="Times New Roman" w:hAnsi="Times New Roman" w:cs="Times New Roman"/>
                <w:sz w:val="24"/>
                <w:szCs w:val="24"/>
              </w:rPr>
            </w:pPr>
          </w:p>
        </w:tc>
      </w:tr>
      <w:tr w:rsidR="004A43FE" w:rsidRPr="007252E1" w14:paraId="074FA6C9" w14:textId="77777777" w:rsidTr="009C2705">
        <w:tc>
          <w:tcPr>
            <w:tcW w:w="678" w:type="dxa"/>
            <w:vAlign w:val="center"/>
          </w:tcPr>
          <w:p w14:paraId="510C68E1"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42051B5" w14:textId="3721CBE9"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Đào Thị Bạch Tuyết</w:t>
            </w:r>
          </w:p>
        </w:tc>
        <w:tc>
          <w:tcPr>
            <w:tcW w:w="2835" w:type="dxa"/>
            <w:vAlign w:val="center"/>
          </w:tcPr>
          <w:p w14:paraId="269883A3" w14:textId="5FB615D6"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Tổ phó CM,</w:t>
            </w:r>
          </w:p>
          <w:p w14:paraId="46EB8204" w14:textId="43FEBD76"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53E7B78E" w14:textId="74E8FE7C"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B79B632" w14:textId="77777777" w:rsidR="004A43FE" w:rsidRPr="007252E1" w:rsidRDefault="004A43FE" w:rsidP="0088613C">
            <w:pPr>
              <w:jc w:val="center"/>
              <w:rPr>
                <w:rFonts w:ascii="Times New Roman" w:hAnsi="Times New Roman" w:cs="Times New Roman"/>
                <w:sz w:val="24"/>
                <w:szCs w:val="24"/>
              </w:rPr>
            </w:pPr>
          </w:p>
        </w:tc>
      </w:tr>
      <w:tr w:rsidR="004A43FE" w:rsidRPr="007252E1" w14:paraId="527B64A3" w14:textId="77777777" w:rsidTr="009C2705">
        <w:tc>
          <w:tcPr>
            <w:tcW w:w="678" w:type="dxa"/>
            <w:vAlign w:val="center"/>
          </w:tcPr>
          <w:p w14:paraId="0C992DD9"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B809B92" w14:textId="73AD4D6D"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Phạm Thị Hoà</w:t>
            </w:r>
          </w:p>
        </w:tc>
        <w:tc>
          <w:tcPr>
            <w:tcW w:w="2835" w:type="dxa"/>
            <w:vAlign w:val="center"/>
          </w:tcPr>
          <w:p w14:paraId="5A8039AB" w14:textId="73E428B2"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 xml:space="preserve">Tổ trưởng </w:t>
            </w:r>
            <w:r w:rsidR="009F181E" w:rsidRPr="007252E1">
              <w:rPr>
                <w:rFonts w:ascii="Times New Roman" w:hAnsi="Times New Roman" w:cs="Times New Roman"/>
                <w:sz w:val="24"/>
                <w:szCs w:val="24"/>
              </w:rPr>
              <w:t xml:space="preserve">tổ </w:t>
            </w:r>
            <w:r w:rsidRPr="007252E1">
              <w:rPr>
                <w:rFonts w:ascii="Times New Roman" w:hAnsi="Times New Roman" w:cs="Times New Roman"/>
                <w:sz w:val="24"/>
                <w:szCs w:val="24"/>
              </w:rPr>
              <w:t>CM,</w:t>
            </w:r>
          </w:p>
          <w:p w14:paraId="3FDD23A7" w14:textId="043144B1"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21ADA200" w14:textId="2977DC99"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1D2C95CC" w14:textId="77777777" w:rsidR="004A43FE" w:rsidRPr="007252E1" w:rsidRDefault="004A43FE" w:rsidP="0088613C">
            <w:pPr>
              <w:jc w:val="center"/>
              <w:rPr>
                <w:rFonts w:ascii="Times New Roman" w:hAnsi="Times New Roman" w:cs="Times New Roman"/>
                <w:sz w:val="24"/>
                <w:szCs w:val="24"/>
              </w:rPr>
            </w:pPr>
          </w:p>
        </w:tc>
      </w:tr>
      <w:tr w:rsidR="004A43FE" w:rsidRPr="007252E1" w14:paraId="4D465FF1" w14:textId="77777777" w:rsidTr="009C2705">
        <w:tc>
          <w:tcPr>
            <w:tcW w:w="678" w:type="dxa"/>
            <w:vAlign w:val="center"/>
          </w:tcPr>
          <w:p w14:paraId="2A91B885"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33609A63" w14:textId="336BFE51"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Thị Loan</w:t>
            </w:r>
          </w:p>
        </w:tc>
        <w:tc>
          <w:tcPr>
            <w:tcW w:w="2835" w:type="dxa"/>
            <w:vAlign w:val="center"/>
          </w:tcPr>
          <w:p w14:paraId="51083148" w14:textId="262627FF"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1C0F9A2A" w14:textId="4257786A"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1D99FAB4" w14:textId="7656B5AA"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7337CC5" w14:textId="77777777" w:rsidR="004A43FE" w:rsidRPr="007252E1" w:rsidRDefault="004A43FE" w:rsidP="0088613C">
            <w:pPr>
              <w:jc w:val="center"/>
              <w:rPr>
                <w:rFonts w:ascii="Times New Roman" w:hAnsi="Times New Roman" w:cs="Times New Roman"/>
                <w:sz w:val="24"/>
                <w:szCs w:val="24"/>
              </w:rPr>
            </w:pPr>
          </w:p>
        </w:tc>
      </w:tr>
      <w:tr w:rsidR="004A43FE" w:rsidRPr="007252E1" w14:paraId="1CD2978C" w14:textId="77777777" w:rsidTr="009C2705">
        <w:tc>
          <w:tcPr>
            <w:tcW w:w="678" w:type="dxa"/>
            <w:vAlign w:val="center"/>
          </w:tcPr>
          <w:p w14:paraId="566EA0C4"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D1A7091" w14:textId="69647B43"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Thế Kỷ</w:t>
            </w:r>
          </w:p>
        </w:tc>
        <w:tc>
          <w:tcPr>
            <w:tcW w:w="2835" w:type="dxa"/>
            <w:vAlign w:val="center"/>
          </w:tcPr>
          <w:p w14:paraId="4ED9ACA7" w14:textId="12FA3D1D"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 xml:space="preserve">Tổ phó </w:t>
            </w:r>
            <w:r w:rsidR="009F181E" w:rsidRPr="007252E1">
              <w:rPr>
                <w:rFonts w:ascii="Times New Roman" w:hAnsi="Times New Roman" w:cs="Times New Roman"/>
                <w:sz w:val="24"/>
                <w:szCs w:val="24"/>
              </w:rPr>
              <w:t xml:space="preserve">tổ </w:t>
            </w:r>
            <w:r w:rsidRPr="007252E1">
              <w:rPr>
                <w:rFonts w:ascii="Times New Roman" w:hAnsi="Times New Roman" w:cs="Times New Roman"/>
                <w:sz w:val="24"/>
                <w:szCs w:val="24"/>
              </w:rPr>
              <w:t>CM,</w:t>
            </w:r>
          </w:p>
          <w:p w14:paraId="2A5D6410" w14:textId="0FC1716A"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5BD4772D" w14:textId="77844406"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0ECF07D" w14:textId="77777777" w:rsidR="004A43FE" w:rsidRPr="007252E1" w:rsidRDefault="004A43FE" w:rsidP="0088613C">
            <w:pPr>
              <w:jc w:val="center"/>
              <w:rPr>
                <w:rFonts w:ascii="Times New Roman" w:hAnsi="Times New Roman" w:cs="Times New Roman"/>
                <w:sz w:val="24"/>
                <w:szCs w:val="24"/>
              </w:rPr>
            </w:pPr>
          </w:p>
        </w:tc>
      </w:tr>
      <w:tr w:rsidR="004A43FE" w:rsidRPr="007252E1" w14:paraId="52C344B1" w14:textId="77777777" w:rsidTr="009C2705">
        <w:tc>
          <w:tcPr>
            <w:tcW w:w="678" w:type="dxa"/>
            <w:vAlign w:val="center"/>
          </w:tcPr>
          <w:p w14:paraId="04BD02F2"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226A51A" w14:textId="33AD9071"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Dương Thị Thúy Hảo</w:t>
            </w:r>
          </w:p>
        </w:tc>
        <w:tc>
          <w:tcPr>
            <w:tcW w:w="2835" w:type="dxa"/>
            <w:vAlign w:val="center"/>
          </w:tcPr>
          <w:p w14:paraId="248B02B7" w14:textId="5976FF05"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7F98B035" w14:textId="03F3DAC9"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1FACD253" w14:textId="28329164"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440D7160" w14:textId="77777777" w:rsidR="004A43FE" w:rsidRPr="007252E1" w:rsidRDefault="004A43FE" w:rsidP="0088613C">
            <w:pPr>
              <w:jc w:val="center"/>
              <w:rPr>
                <w:rFonts w:ascii="Times New Roman" w:hAnsi="Times New Roman" w:cs="Times New Roman"/>
                <w:sz w:val="24"/>
                <w:szCs w:val="24"/>
              </w:rPr>
            </w:pPr>
          </w:p>
        </w:tc>
      </w:tr>
      <w:tr w:rsidR="004A43FE" w:rsidRPr="007252E1" w14:paraId="2A06BB0D" w14:textId="77777777" w:rsidTr="009C2705">
        <w:tc>
          <w:tcPr>
            <w:tcW w:w="678" w:type="dxa"/>
            <w:vAlign w:val="center"/>
          </w:tcPr>
          <w:p w14:paraId="5D976FFA"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5AFB977" w14:textId="1C061C09"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Hồng Huệ</w:t>
            </w:r>
          </w:p>
        </w:tc>
        <w:tc>
          <w:tcPr>
            <w:tcW w:w="2835" w:type="dxa"/>
            <w:vAlign w:val="center"/>
          </w:tcPr>
          <w:p w14:paraId="316E579E" w14:textId="4522402D"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116AD670" w14:textId="712413C6"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4AB12FBF" w14:textId="370082DE"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A81A0E9" w14:textId="77777777" w:rsidR="004A43FE" w:rsidRPr="007252E1" w:rsidRDefault="004A43FE" w:rsidP="0088613C">
            <w:pPr>
              <w:jc w:val="center"/>
              <w:rPr>
                <w:rFonts w:ascii="Times New Roman" w:hAnsi="Times New Roman" w:cs="Times New Roman"/>
                <w:sz w:val="24"/>
                <w:szCs w:val="24"/>
              </w:rPr>
            </w:pPr>
          </w:p>
        </w:tc>
      </w:tr>
      <w:tr w:rsidR="004A43FE" w:rsidRPr="007252E1" w14:paraId="650F66C6" w14:textId="77777777" w:rsidTr="009C2705">
        <w:tc>
          <w:tcPr>
            <w:tcW w:w="678" w:type="dxa"/>
            <w:vAlign w:val="center"/>
          </w:tcPr>
          <w:p w14:paraId="0AEC5E5D"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8ECCAC3" w14:textId="71E7A2F1"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Võ Thị Nam Giang</w:t>
            </w:r>
          </w:p>
        </w:tc>
        <w:tc>
          <w:tcPr>
            <w:tcW w:w="2835" w:type="dxa"/>
            <w:vAlign w:val="center"/>
          </w:tcPr>
          <w:p w14:paraId="5E62F787" w14:textId="4E04E4A0"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1F2B5E6D" w14:textId="15BED92D"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5DD24F4B" w14:textId="29A95AD0"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6838C5F6" w14:textId="77777777" w:rsidR="004A43FE" w:rsidRPr="007252E1" w:rsidRDefault="004A43FE" w:rsidP="0088613C">
            <w:pPr>
              <w:jc w:val="center"/>
              <w:rPr>
                <w:rFonts w:ascii="Times New Roman" w:hAnsi="Times New Roman" w:cs="Times New Roman"/>
                <w:sz w:val="24"/>
                <w:szCs w:val="24"/>
              </w:rPr>
            </w:pPr>
          </w:p>
        </w:tc>
      </w:tr>
      <w:tr w:rsidR="004A43FE" w:rsidRPr="007252E1" w14:paraId="581D960D" w14:textId="77777777" w:rsidTr="009C2705">
        <w:tc>
          <w:tcPr>
            <w:tcW w:w="678" w:type="dxa"/>
            <w:vAlign w:val="center"/>
          </w:tcPr>
          <w:p w14:paraId="5DA9EFAA"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B5C29BE" w14:textId="35D8E9C3"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Hà Thị Thu Hoài</w:t>
            </w:r>
          </w:p>
        </w:tc>
        <w:tc>
          <w:tcPr>
            <w:tcW w:w="2835" w:type="dxa"/>
            <w:vAlign w:val="center"/>
          </w:tcPr>
          <w:p w14:paraId="5D8CB428" w14:textId="2CC3A5A5"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79BA47D2" w14:textId="79E845F5"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7A622F68" w14:textId="610DA112"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3C1AD2E" w14:textId="77777777" w:rsidR="004A43FE" w:rsidRPr="007252E1" w:rsidRDefault="004A43FE" w:rsidP="0088613C">
            <w:pPr>
              <w:jc w:val="center"/>
              <w:rPr>
                <w:rFonts w:ascii="Times New Roman" w:hAnsi="Times New Roman" w:cs="Times New Roman"/>
                <w:sz w:val="24"/>
                <w:szCs w:val="24"/>
              </w:rPr>
            </w:pPr>
          </w:p>
        </w:tc>
      </w:tr>
      <w:tr w:rsidR="004A43FE" w:rsidRPr="007252E1" w14:paraId="1B12C36A" w14:textId="77777777" w:rsidTr="009C2705">
        <w:tc>
          <w:tcPr>
            <w:tcW w:w="678" w:type="dxa"/>
            <w:vAlign w:val="center"/>
          </w:tcPr>
          <w:p w14:paraId="3834F1EC"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231CACA" w14:textId="0AD40879"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Ngọc Quân</w:t>
            </w:r>
          </w:p>
        </w:tc>
        <w:tc>
          <w:tcPr>
            <w:tcW w:w="2835" w:type="dxa"/>
            <w:vAlign w:val="center"/>
          </w:tcPr>
          <w:p w14:paraId="0355BB6A" w14:textId="68B66469"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2B3DA257" w14:textId="0B03807E"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7689C037" w14:textId="62E922A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1D9FEB4E" w14:textId="77777777" w:rsidR="004A43FE" w:rsidRPr="007252E1" w:rsidRDefault="004A43FE" w:rsidP="0088613C">
            <w:pPr>
              <w:jc w:val="center"/>
              <w:rPr>
                <w:rFonts w:ascii="Times New Roman" w:hAnsi="Times New Roman" w:cs="Times New Roman"/>
                <w:sz w:val="24"/>
                <w:szCs w:val="24"/>
              </w:rPr>
            </w:pPr>
          </w:p>
        </w:tc>
      </w:tr>
      <w:tr w:rsidR="004A43FE" w:rsidRPr="007252E1" w14:paraId="78269DF7" w14:textId="77777777" w:rsidTr="009C2705">
        <w:tc>
          <w:tcPr>
            <w:tcW w:w="678" w:type="dxa"/>
            <w:vAlign w:val="center"/>
          </w:tcPr>
          <w:p w14:paraId="3698416A"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A125980" w14:textId="6049314B"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Thị Thuận</w:t>
            </w:r>
          </w:p>
        </w:tc>
        <w:tc>
          <w:tcPr>
            <w:tcW w:w="2835" w:type="dxa"/>
            <w:vAlign w:val="center"/>
          </w:tcPr>
          <w:p w14:paraId="72F4E85A" w14:textId="3836F633"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7D003CBE" w14:textId="3882CA4B"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0D273C8A" w14:textId="24E25454"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54A22D2" w14:textId="77777777" w:rsidR="004A43FE" w:rsidRPr="007252E1" w:rsidRDefault="004A43FE" w:rsidP="0088613C">
            <w:pPr>
              <w:jc w:val="center"/>
              <w:rPr>
                <w:rFonts w:ascii="Times New Roman" w:hAnsi="Times New Roman" w:cs="Times New Roman"/>
                <w:sz w:val="24"/>
                <w:szCs w:val="24"/>
              </w:rPr>
            </w:pPr>
          </w:p>
        </w:tc>
      </w:tr>
      <w:tr w:rsidR="004A43FE" w:rsidRPr="007252E1" w14:paraId="639BF468" w14:textId="77777777" w:rsidTr="009C2705">
        <w:tc>
          <w:tcPr>
            <w:tcW w:w="678" w:type="dxa"/>
            <w:vAlign w:val="center"/>
          </w:tcPr>
          <w:p w14:paraId="63468FD3"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508802C" w14:textId="29499B76"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Văn Hùng</w:t>
            </w:r>
          </w:p>
        </w:tc>
        <w:tc>
          <w:tcPr>
            <w:tcW w:w="2835" w:type="dxa"/>
            <w:vAlign w:val="center"/>
          </w:tcPr>
          <w:p w14:paraId="07DDBC96" w14:textId="25072C2C"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 xml:space="preserve">Tổ trưởng </w:t>
            </w:r>
            <w:r w:rsidR="009F181E" w:rsidRPr="007252E1">
              <w:rPr>
                <w:rFonts w:ascii="Times New Roman" w:hAnsi="Times New Roman" w:cs="Times New Roman"/>
                <w:sz w:val="24"/>
                <w:szCs w:val="24"/>
              </w:rPr>
              <w:t xml:space="preserve">tổ </w:t>
            </w:r>
            <w:r w:rsidRPr="007252E1">
              <w:rPr>
                <w:rFonts w:ascii="Times New Roman" w:hAnsi="Times New Roman" w:cs="Times New Roman"/>
                <w:sz w:val="24"/>
                <w:szCs w:val="24"/>
              </w:rPr>
              <w:t>CM,</w:t>
            </w:r>
          </w:p>
          <w:p w14:paraId="5229EEC0" w14:textId="60987B3D"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2DB922A1" w14:textId="19C9EC3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2723D07" w14:textId="77777777" w:rsidR="004A43FE" w:rsidRPr="007252E1" w:rsidRDefault="004A43FE" w:rsidP="0088613C">
            <w:pPr>
              <w:jc w:val="center"/>
              <w:rPr>
                <w:rFonts w:ascii="Times New Roman" w:hAnsi="Times New Roman" w:cs="Times New Roman"/>
                <w:sz w:val="24"/>
                <w:szCs w:val="24"/>
              </w:rPr>
            </w:pPr>
          </w:p>
        </w:tc>
      </w:tr>
      <w:tr w:rsidR="004A43FE" w:rsidRPr="007252E1" w14:paraId="415C4BB2" w14:textId="77777777" w:rsidTr="009C2705">
        <w:tc>
          <w:tcPr>
            <w:tcW w:w="678" w:type="dxa"/>
            <w:vAlign w:val="center"/>
          </w:tcPr>
          <w:p w14:paraId="28AEBFCA"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3006513" w14:textId="6A4D70BB"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Nguyễn Xuân Trung</w:t>
            </w:r>
          </w:p>
        </w:tc>
        <w:tc>
          <w:tcPr>
            <w:tcW w:w="2835" w:type="dxa"/>
            <w:vAlign w:val="center"/>
          </w:tcPr>
          <w:p w14:paraId="37EAB0E4" w14:textId="5A6C3D0D"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513268B0" w14:textId="4190F771"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15E6F92A" w14:textId="7276C6D3"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8F16FD6" w14:textId="77777777" w:rsidR="004A43FE" w:rsidRPr="007252E1" w:rsidRDefault="004A43FE" w:rsidP="0088613C">
            <w:pPr>
              <w:jc w:val="center"/>
              <w:rPr>
                <w:rFonts w:ascii="Times New Roman" w:hAnsi="Times New Roman" w:cs="Times New Roman"/>
                <w:sz w:val="24"/>
                <w:szCs w:val="24"/>
              </w:rPr>
            </w:pPr>
          </w:p>
        </w:tc>
      </w:tr>
      <w:tr w:rsidR="004A43FE" w:rsidRPr="007252E1" w14:paraId="1F703C98" w14:textId="77777777" w:rsidTr="009C2705">
        <w:tc>
          <w:tcPr>
            <w:tcW w:w="678" w:type="dxa"/>
            <w:vAlign w:val="center"/>
          </w:tcPr>
          <w:p w14:paraId="12E0F17B"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A9CBCA5" w14:textId="28093418"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Khánh Hòa</w:t>
            </w:r>
          </w:p>
        </w:tc>
        <w:tc>
          <w:tcPr>
            <w:tcW w:w="2835" w:type="dxa"/>
            <w:vAlign w:val="center"/>
          </w:tcPr>
          <w:p w14:paraId="04203272" w14:textId="056EFB09"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49FDF24A" w14:textId="623BFBF4"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2E44CD63" w14:textId="51B6813D"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208813E7" w14:textId="77777777" w:rsidR="004A43FE" w:rsidRPr="007252E1" w:rsidRDefault="004A43FE" w:rsidP="0088613C">
            <w:pPr>
              <w:jc w:val="center"/>
              <w:rPr>
                <w:rFonts w:ascii="Times New Roman" w:hAnsi="Times New Roman" w:cs="Times New Roman"/>
                <w:sz w:val="24"/>
                <w:szCs w:val="24"/>
              </w:rPr>
            </w:pPr>
          </w:p>
        </w:tc>
      </w:tr>
      <w:tr w:rsidR="004A43FE" w:rsidRPr="007252E1" w14:paraId="7DBCC5F3" w14:textId="77777777" w:rsidTr="009C2705">
        <w:tc>
          <w:tcPr>
            <w:tcW w:w="678" w:type="dxa"/>
            <w:vAlign w:val="center"/>
          </w:tcPr>
          <w:p w14:paraId="5C0505E4"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7BFE2C8" w14:textId="049CA2AA"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Anh Tuấn</w:t>
            </w:r>
          </w:p>
        </w:tc>
        <w:tc>
          <w:tcPr>
            <w:tcW w:w="2835" w:type="dxa"/>
            <w:vAlign w:val="center"/>
          </w:tcPr>
          <w:p w14:paraId="08190297" w14:textId="0DA13D8C"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276BDC2A" w14:textId="4285227D"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6FE9F200" w14:textId="6188F346"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CF5D36C" w14:textId="77777777" w:rsidR="004A43FE" w:rsidRPr="007252E1" w:rsidRDefault="004A43FE" w:rsidP="0088613C">
            <w:pPr>
              <w:jc w:val="center"/>
              <w:rPr>
                <w:rFonts w:ascii="Times New Roman" w:hAnsi="Times New Roman" w:cs="Times New Roman"/>
                <w:sz w:val="24"/>
                <w:szCs w:val="24"/>
              </w:rPr>
            </w:pPr>
          </w:p>
        </w:tc>
      </w:tr>
      <w:tr w:rsidR="004A43FE" w:rsidRPr="007252E1" w14:paraId="1A812AC5" w14:textId="77777777" w:rsidTr="009C2705">
        <w:tc>
          <w:tcPr>
            <w:tcW w:w="678" w:type="dxa"/>
            <w:vAlign w:val="center"/>
          </w:tcPr>
          <w:p w14:paraId="23AFD335"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B465014" w14:textId="0649D334"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Phan Thị Hài Hoa </w:t>
            </w:r>
          </w:p>
        </w:tc>
        <w:tc>
          <w:tcPr>
            <w:tcW w:w="2835" w:type="dxa"/>
            <w:vAlign w:val="center"/>
          </w:tcPr>
          <w:p w14:paraId="593831CE" w14:textId="7DC2DCF4"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437ACF1B" w14:textId="5BDB835A"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59680F5B" w14:textId="5DE9B6C5"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0821FA04" w14:textId="77777777" w:rsidR="004A43FE" w:rsidRPr="007252E1" w:rsidRDefault="004A43FE" w:rsidP="0088613C">
            <w:pPr>
              <w:jc w:val="center"/>
              <w:rPr>
                <w:rFonts w:ascii="Times New Roman" w:hAnsi="Times New Roman" w:cs="Times New Roman"/>
                <w:sz w:val="24"/>
                <w:szCs w:val="24"/>
              </w:rPr>
            </w:pPr>
          </w:p>
        </w:tc>
      </w:tr>
      <w:tr w:rsidR="004A43FE" w:rsidRPr="007252E1" w14:paraId="2DD7528D" w14:textId="77777777" w:rsidTr="009C2705">
        <w:tc>
          <w:tcPr>
            <w:tcW w:w="678" w:type="dxa"/>
            <w:vAlign w:val="center"/>
          </w:tcPr>
          <w:p w14:paraId="22F2DEAD"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A554B6B" w14:textId="496D6818"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Hồ Thị Mỹ Bình</w:t>
            </w:r>
          </w:p>
        </w:tc>
        <w:tc>
          <w:tcPr>
            <w:tcW w:w="2835" w:type="dxa"/>
            <w:vAlign w:val="center"/>
          </w:tcPr>
          <w:p w14:paraId="053F49B2" w14:textId="362F387A"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Tổ trưởng CM,</w:t>
            </w:r>
          </w:p>
          <w:p w14:paraId="153B2708" w14:textId="67FAF77F"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19552B9C" w14:textId="6A158472"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376C102" w14:textId="77777777" w:rsidR="004A43FE" w:rsidRPr="007252E1" w:rsidRDefault="004A43FE" w:rsidP="0088613C">
            <w:pPr>
              <w:jc w:val="center"/>
              <w:rPr>
                <w:rFonts w:ascii="Times New Roman" w:hAnsi="Times New Roman" w:cs="Times New Roman"/>
                <w:sz w:val="24"/>
                <w:szCs w:val="24"/>
              </w:rPr>
            </w:pPr>
          </w:p>
        </w:tc>
      </w:tr>
      <w:tr w:rsidR="004A43FE" w:rsidRPr="007252E1" w14:paraId="03963DDA" w14:textId="77777777" w:rsidTr="009C2705">
        <w:tc>
          <w:tcPr>
            <w:tcW w:w="678" w:type="dxa"/>
            <w:vAlign w:val="center"/>
          </w:tcPr>
          <w:p w14:paraId="102CF2D8"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76D10C7" w14:textId="683D615A"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Văn Đình Trường</w:t>
            </w:r>
          </w:p>
        </w:tc>
        <w:tc>
          <w:tcPr>
            <w:tcW w:w="2835" w:type="dxa"/>
            <w:vAlign w:val="center"/>
          </w:tcPr>
          <w:p w14:paraId="15CC96FC" w14:textId="4C9661E2"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1E2960A3" w14:textId="64C8FA7E"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346D057D" w14:textId="5687044C"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5784FB2" w14:textId="77777777" w:rsidR="004A43FE" w:rsidRPr="007252E1" w:rsidRDefault="004A43FE" w:rsidP="0088613C">
            <w:pPr>
              <w:jc w:val="center"/>
              <w:rPr>
                <w:rFonts w:ascii="Times New Roman" w:hAnsi="Times New Roman" w:cs="Times New Roman"/>
                <w:sz w:val="24"/>
                <w:szCs w:val="24"/>
              </w:rPr>
            </w:pPr>
          </w:p>
        </w:tc>
      </w:tr>
      <w:tr w:rsidR="004A43FE" w:rsidRPr="007252E1" w14:paraId="3DD7BBE2" w14:textId="77777777" w:rsidTr="009C2705">
        <w:tc>
          <w:tcPr>
            <w:tcW w:w="678" w:type="dxa"/>
            <w:vAlign w:val="center"/>
          </w:tcPr>
          <w:p w14:paraId="615D96FB"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E7608CD" w14:textId="34108E9B"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Bùi Thị Nhung</w:t>
            </w:r>
          </w:p>
        </w:tc>
        <w:tc>
          <w:tcPr>
            <w:tcW w:w="2835" w:type="dxa"/>
            <w:vAlign w:val="center"/>
          </w:tcPr>
          <w:p w14:paraId="7A3B9384" w14:textId="4035F278"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713C96B5" w14:textId="5A972C88"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3C6E8FB8" w14:textId="14BCAD4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788C6A52" w14:textId="77777777" w:rsidR="004A43FE" w:rsidRPr="007252E1" w:rsidRDefault="004A43FE" w:rsidP="0088613C">
            <w:pPr>
              <w:jc w:val="center"/>
              <w:rPr>
                <w:rFonts w:ascii="Times New Roman" w:hAnsi="Times New Roman" w:cs="Times New Roman"/>
                <w:sz w:val="24"/>
                <w:szCs w:val="24"/>
              </w:rPr>
            </w:pPr>
          </w:p>
        </w:tc>
      </w:tr>
      <w:tr w:rsidR="004A43FE" w:rsidRPr="007252E1" w14:paraId="5759F5D0" w14:textId="77777777" w:rsidTr="009C2705">
        <w:tc>
          <w:tcPr>
            <w:tcW w:w="678" w:type="dxa"/>
            <w:vAlign w:val="center"/>
          </w:tcPr>
          <w:p w14:paraId="27AE3F8E"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2C8E52E" w14:textId="7790A11B"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Lan</w:t>
            </w:r>
          </w:p>
        </w:tc>
        <w:tc>
          <w:tcPr>
            <w:tcW w:w="2835" w:type="dxa"/>
            <w:vAlign w:val="center"/>
          </w:tcPr>
          <w:p w14:paraId="0281704A" w14:textId="70A3B77D"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500CF133" w14:textId="3ABD7484"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1B8E030D" w14:textId="254F61B2"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3217D52D" w14:textId="77777777" w:rsidR="004A43FE" w:rsidRPr="007252E1" w:rsidRDefault="004A43FE" w:rsidP="0088613C">
            <w:pPr>
              <w:jc w:val="center"/>
              <w:rPr>
                <w:rFonts w:ascii="Times New Roman" w:hAnsi="Times New Roman" w:cs="Times New Roman"/>
                <w:sz w:val="24"/>
                <w:szCs w:val="24"/>
              </w:rPr>
            </w:pPr>
          </w:p>
        </w:tc>
      </w:tr>
      <w:tr w:rsidR="004A43FE" w:rsidRPr="007252E1" w14:paraId="66401CEF" w14:textId="77777777" w:rsidTr="009C2705">
        <w:tc>
          <w:tcPr>
            <w:tcW w:w="678" w:type="dxa"/>
            <w:vAlign w:val="center"/>
          </w:tcPr>
          <w:p w14:paraId="3982EB4E"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E89EC52" w14:textId="551F5EA3"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Đăng Khoa</w:t>
            </w:r>
          </w:p>
        </w:tc>
        <w:tc>
          <w:tcPr>
            <w:tcW w:w="2835" w:type="dxa"/>
            <w:vAlign w:val="center"/>
          </w:tcPr>
          <w:p w14:paraId="2F7E87E1" w14:textId="15D27B47"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3C3BEF97" w14:textId="242F9576"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6263399D" w14:textId="71639D49"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13A61A00" w14:textId="77777777" w:rsidR="004A43FE" w:rsidRPr="007252E1" w:rsidRDefault="004A43FE" w:rsidP="0088613C">
            <w:pPr>
              <w:jc w:val="center"/>
              <w:rPr>
                <w:rFonts w:ascii="Times New Roman" w:hAnsi="Times New Roman" w:cs="Times New Roman"/>
                <w:sz w:val="24"/>
                <w:szCs w:val="24"/>
              </w:rPr>
            </w:pPr>
          </w:p>
        </w:tc>
      </w:tr>
      <w:tr w:rsidR="004A43FE" w:rsidRPr="007252E1" w14:paraId="2280C0AE" w14:textId="77777777" w:rsidTr="009C2705">
        <w:tc>
          <w:tcPr>
            <w:tcW w:w="678" w:type="dxa"/>
            <w:vAlign w:val="center"/>
          </w:tcPr>
          <w:p w14:paraId="31AD0169"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51BE9B1" w14:textId="301A7577"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Phan Tiến Dũng</w:t>
            </w:r>
          </w:p>
        </w:tc>
        <w:tc>
          <w:tcPr>
            <w:tcW w:w="2835" w:type="dxa"/>
            <w:vAlign w:val="center"/>
          </w:tcPr>
          <w:p w14:paraId="0219273B" w14:textId="0063F59F"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2AE10F42" w14:textId="1A02C379"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1713164B" w14:textId="1595FF7F"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24B0161" w14:textId="77777777" w:rsidR="004A43FE" w:rsidRPr="007252E1" w:rsidRDefault="004A43FE" w:rsidP="0088613C">
            <w:pPr>
              <w:jc w:val="center"/>
              <w:rPr>
                <w:rFonts w:ascii="Times New Roman" w:hAnsi="Times New Roman" w:cs="Times New Roman"/>
                <w:sz w:val="24"/>
                <w:szCs w:val="24"/>
              </w:rPr>
            </w:pPr>
          </w:p>
        </w:tc>
      </w:tr>
      <w:tr w:rsidR="004A43FE" w:rsidRPr="007252E1" w14:paraId="57F3F737" w14:textId="77777777" w:rsidTr="009C2705">
        <w:tc>
          <w:tcPr>
            <w:tcW w:w="678" w:type="dxa"/>
            <w:vAlign w:val="center"/>
          </w:tcPr>
          <w:p w14:paraId="413686A0"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3D7852F" w14:textId="7FE25B06"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Viết Chính</w:t>
            </w:r>
          </w:p>
        </w:tc>
        <w:tc>
          <w:tcPr>
            <w:tcW w:w="2835" w:type="dxa"/>
            <w:vAlign w:val="center"/>
          </w:tcPr>
          <w:p w14:paraId="29CAFE3A" w14:textId="53C324B4"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5E1D4CD7" w14:textId="6B87B316"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2519BC1C" w14:textId="367755EC"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67523624" w14:textId="77777777" w:rsidR="004A43FE" w:rsidRPr="007252E1" w:rsidRDefault="004A43FE" w:rsidP="0088613C">
            <w:pPr>
              <w:jc w:val="center"/>
              <w:rPr>
                <w:rFonts w:ascii="Times New Roman" w:hAnsi="Times New Roman" w:cs="Times New Roman"/>
                <w:sz w:val="24"/>
                <w:szCs w:val="24"/>
              </w:rPr>
            </w:pPr>
          </w:p>
        </w:tc>
      </w:tr>
      <w:tr w:rsidR="004A43FE" w:rsidRPr="007252E1" w14:paraId="0290C5F8" w14:textId="77777777" w:rsidTr="009C2705">
        <w:tc>
          <w:tcPr>
            <w:tcW w:w="678" w:type="dxa"/>
            <w:vAlign w:val="center"/>
          </w:tcPr>
          <w:p w14:paraId="7B10F7ED"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5042F57" w14:textId="0211F856"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Anh Hào</w:t>
            </w:r>
          </w:p>
        </w:tc>
        <w:tc>
          <w:tcPr>
            <w:tcW w:w="2835" w:type="dxa"/>
            <w:vAlign w:val="center"/>
          </w:tcPr>
          <w:p w14:paraId="0670A774" w14:textId="46D01435"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Giáo viên,</w:t>
            </w:r>
          </w:p>
          <w:p w14:paraId="1C98FA32" w14:textId="2AD4C710"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33C2FE9F" w14:textId="1B280DB6"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Giáo viên</w:t>
            </w:r>
          </w:p>
        </w:tc>
        <w:tc>
          <w:tcPr>
            <w:tcW w:w="839" w:type="dxa"/>
          </w:tcPr>
          <w:p w14:paraId="5AAEE4EA" w14:textId="77777777" w:rsidR="004A43FE" w:rsidRPr="007252E1" w:rsidRDefault="004A43FE" w:rsidP="0088613C">
            <w:pPr>
              <w:jc w:val="center"/>
              <w:rPr>
                <w:rFonts w:ascii="Times New Roman" w:hAnsi="Times New Roman" w:cs="Times New Roman"/>
                <w:sz w:val="24"/>
                <w:szCs w:val="24"/>
              </w:rPr>
            </w:pPr>
          </w:p>
        </w:tc>
      </w:tr>
      <w:tr w:rsidR="004A43FE" w:rsidRPr="007252E1" w14:paraId="2E663428" w14:textId="77777777" w:rsidTr="009C2705">
        <w:tc>
          <w:tcPr>
            <w:tcW w:w="678" w:type="dxa"/>
            <w:vAlign w:val="center"/>
          </w:tcPr>
          <w:p w14:paraId="56023EB3"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2F2C3351" w14:textId="64104BD1"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Thị Thanh Thủy</w:t>
            </w:r>
          </w:p>
        </w:tc>
        <w:tc>
          <w:tcPr>
            <w:tcW w:w="2835" w:type="dxa"/>
            <w:vAlign w:val="center"/>
          </w:tcPr>
          <w:p w14:paraId="4DB97F8B" w14:textId="37A40D0D"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Nhân viên, THCS Nguyễn Khắc Viện</w:t>
            </w:r>
          </w:p>
        </w:tc>
        <w:tc>
          <w:tcPr>
            <w:tcW w:w="2847" w:type="dxa"/>
            <w:vAlign w:val="center"/>
          </w:tcPr>
          <w:p w14:paraId="605EDE85" w14:textId="32B03980"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Nhân viên Kế toán</w:t>
            </w:r>
          </w:p>
        </w:tc>
        <w:tc>
          <w:tcPr>
            <w:tcW w:w="839" w:type="dxa"/>
          </w:tcPr>
          <w:p w14:paraId="328B8B27" w14:textId="77777777" w:rsidR="004A43FE" w:rsidRPr="007252E1" w:rsidRDefault="004A43FE" w:rsidP="0088613C">
            <w:pPr>
              <w:jc w:val="center"/>
              <w:rPr>
                <w:rFonts w:ascii="Times New Roman" w:hAnsi="Times New Roman" w:cs="Times New Roman"/>
                <w:sz w:val="24"/>
                <w:szCs w:val="24"/>
              </w:rPr>
            </w:pPr>
          </w:p>
        </w:tc>
      </w:tr>
      <w:tr w:rsidR="004A43FE" w:rsidRPr="007252E1" w14:paraId="49BFC7A8" w14:textId="77777777" w:rsidTr="009C2705">
        <w:tc>
          <w:tcPr>
            <w:tcW w:w="678" w:type="dxa"/>
            <w:vAlign w:val="center"/>
          </w:tcPr>
          <w:p w14:paraId="7FE4E73E"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B8836EE" w14:textId="275EB304"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Thị Hằng</w:t>
            </w:r>
          </w:p>
        </w:tc>
        <w:tc>
          <w:tcPr>
            <w:tcW w:w="2835" w:type="dxa"/>
            <w:vAlign w:val="center"/>
          </w:tcPr>
          <w:p w14:paraId="770674AB" w14:textId="6A8B7089"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Tổ trưởng tổ VP,</w:t>
            </w:r>
          </w:p>
          <w:p w14:paraId="03AFF040" w14:textId="4DB6CA9E"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0FA08C0A" w14:textId="2D9AB6AC"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Nhân viên Thủ quỹ</w:t>
            </w:r>
          </w:p>
        </w:tc>
        <w:tc>
          <w:tcPr>
            <w:tcW w:w="839" w:type="dxa"/>
          </w:tcPr>
          <w:p w14:paraId="1D29055F" w14:textId="77777777" w:rsidR="004A43FE" w:rsidRPr="007252E1" w:rsidRDefault="004A43FE" w:rsidP="0088613C">
            <w:pPr>
              <w:jc w:val="center"/>
              <w:rPr>
                <w:rFonts w:ascii="Times New Roman" w:hAnsi="Times New Roman" w:cs="Times New Roman"/>
                <w:sz w:val="24"/>
                <w:szCs w:val="24"/>
              </w:rPr>
            </w:pPr>
          </w:p>
        </w:tc>
      </w:tr>
      <w:tr w:rsidR="004A43FE" w:rsidRPr="007252E1" w14:paraId="039554C8" w14:textId="77777777" w:rsidTr="009C2705">
        <w:tc>
          <w:tcPr>
            <w:tcW w:w="678" w:type="dxa"/>
            <w:vAlign w:val="center"/>
          </w:tcPr>
          <w:p w14:paraId="35D8C0DA"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76B2929" w14:textId="115097BB"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Trần Thị Bích Đông</w:t>
            </w:r>
          </w:p>
        </w:tc>
        <w:tc>
          <w:tcPr>
            <w:tcW w:w="2835" w:type="dxa"/>
            <w:vAlign w:val="center"/>
          </w:tcPr>
          <w:p w14:paraId="5BD9A425" w14:textId="1B2D0EC3"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Nhân viên Văn thư,</w:t>
            </w:r>
          </w:p>
          <w:p w14:paraId="4516EC0D" w14:textId="477AF6A8"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1B6A869E" w14:textId="235EAFCA"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Nhân viên Văn thư</w:t>
            </w:r>
          </w:p>
        </w:tc>
        <w:tc>
          <w:tcPr>
            <w:tcW w:w="839" w:type="dxa"/>
          </w:tcPr>
          <w:p w14:paraId="60BB1158" w14:textId="77777777" w:rsidR="004A43FE" w:rsidRPr="007252E1" w:rsidRDefault="004A43FE" w:rsidP="0088613C">
            <w:pPr>
              <w:jc w:val="center"/>
              <w:rPr>
                <w:rFonts w:ascii="Times New Roman" w:hAnsi="Times New Roman" w:cs="Times New Roman"/>
                <w:sz w:val="24"/>
                <w:szCs w:val="24"/>
              </w:rPr>
            </w:pPr>
          </w:p>
        </w:tc>
      </w:tr>
      <w:tr w:rsidR="004A43FE" w:rsidRPr="007252E1" w14:paraId="46F60E1D" w14:textId="77777777" w:rsidTr="008160E9">
        <w:tc>
          <w:tcPr>
            <w:tcW w:w="678" w:type="dxa"/>
            <w:vAlign w:val="center"/>
          </w:tcPr>
          <w:p w14:paraId="42D397A4"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A6D5741" w14:textId="1083F43C"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Đoàn Thị Thu Huế</w:t>
            </w:r>
          </w:p>
        </w:tc>
        <w:tc>
          <w:tcPr>
            <w:tcW w:w="2835" w:type="dxa"/>
            <w:vAlign w:val="center"/>
          </w:tcPr>
          <w:p w14:paraId="313D62E9" w14:textId="42B1F9D1"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Nhân viên TB-TN,</w:t>
            </w:r>
          </w:p>
          <w:p w14:paraId="5FB928EF" w14:textId="1B085891"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21A784F9" w14:textId="77777777" w:rsidR="008160E9" w:rsidRPr="007252E1" w:rsidRDefault="008160E9" w:rsidP="008160E9">
            <w:pPr>
              <w:jc w:val="center"/>
              <w:rPr>
                <w:rFonts w:ascii="Times New Roman" w:hAnsi="Times New Roman" w:cs="Times New Roman"/>
                <w:sz w:val="24"/>
                <w:szCs w:val="24"/>
              </w:rPr>
            </w:pPr>
          </w:p>
          <w:p w14:paraId="5D644E3C" w14:textId="0A029C5C" w:rsidR="008160E9" w:rsidRPr="007252E1" w:rsidRDefault="004A43FE" w:rsidP="00AD2AB5">
            <w:pPr>
              <w:jc w:val="center"/>
              <w:rPr>
                <w:rFonts w:ascii="Times New Roman" w:hAnsi="Times New Roman" w:cs="Times New Roman"/>
                <w:sz w:val="24"/>
                <w:szCs w:val="24"/>
              </w:rPr>
            </w:pPr>
            <w:r w:rsidRPr="007252E1">
              <w:rPr>
                <w:rFonts w:ascii="Times New Roman" w:hAnsi="Times New Roman" w:cs="Times New Roman"/>
                <w:sz w:val="24"/>
                <w:szCs w:val="24"/>
              </w:rPr>
              <w:t>Nhân viên Thư việ</w:t>
            </w:r>
            <w:r w:rsidR="00AD2AB5" w:rsidRPr="007252E1">
              <w:rPr>
                <w:rFonts w:ascii="Times New Roman" w:hAnsi="Times New Roman" w:cs="Times New Roman"/>
                <w:sz w:val="24"/>
                <w:szCs w:val="24"/>
              </w:rPr>
              <w:t>n</w:t>
            </w:r>
          </w:p>
        </w:tc>
        <w:tc>
          <w:tcPr>
            <w:tcW w:w="839" w:type="dxa"/>
          </w:tcPr>
          <w:p w14:paraId="6C1A45D6" w14:textId="77777777" w:rsidR="004A43FE" w:rsidRPr="007252E1" w:rsidRDefault="004A43FE" w:rsidP="0088613C">
            <w:pPr>
              <w:jc w:val="center"/>
              <w:rPr>
                <w:rFonts w:ascii="Times New Roman" w:hAnsi="Times New Roman" w:cs="Times New Roman"/>
                <w:sz w:val="24"/>
                <w:szCs w:val="24"/>
              </w:rPr>
            </w:pPr>
          </w:p>
        </w:tc>
      </w:tr>
      <w:tr w:rsidR="004A43FE" w:rsidRPr="007252E1" w14:paraId="44F6B3A8" w14:textId="77777777" w:rsidTr="009C2705">
        <w:tc>
          <w:tcPr>
            <w:tcW w:w="678" w:type="dxa"/>
            <w:vAlign w:val="center"/>
          </w:tcPr>
          <w:p w14:paraId="1C5A050D"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4808C2E" w14:textId="1FF19AE0"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Quỳnh Nga</w:t>
            </w:r>
          </w:p>
        </w:tc>
        <w:tc>
          <w:tcPr>
            <w:tcW w:w="2835" w:type="dxa"/>
            <w:vAlign w:val="center"/>
          </w:tcPr>
          <w:p w14:paraId="12CF3402" w14:textId="109CA2BA"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Nhân viên Thư viện,</w:t>
            </w:r>
          </w:p>
          <w:p w14:paraId="128E8CFE" w14:textId="320ADFC8"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01C39C4E" w14:textId="1B4C044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Nhân viên Thư viện</w:t>
            </w:r>
          </w:p>
        </w:tc>
        <w:tc>
          <w:tcPr>
            <w:tcW w:w="839" w:type="dxa"/>
          </w:tcPr>
          <w:p w14:paraId="4850205F" w14:textId="77777777" w:rsidR="004A43FE" w:rsidRPr="007252E1" w:rsidRDefault="004A43FE" w:rsidP="0088613C">
            <w:pPr>
              <w:jc w:val="center"/>
              <w:rPr>
                <w:rFonts w:ascii="Times New Roman" w:hAnsi="Times New Roman" w:cs="Times New Roman"/>
                <w:sz w:val="24"/>
                <w:szCs w:val="24"/>
              </w:rPr>
            </w:pPr>
          </w:p>
        </w:tc>
      </w:tr>
      <w:tr w:rsidR="004A43FE" w:rsidRPr="007252E1" w14:paraId="03356221" w14:textId="77777777" w:rsidTr="009C2705">
        <w:tc>
          <w:tcPr>
            <w:tcW w:w="678" w:type="dxa"/>
            <w:vAlign w:val="center"/>
          </w:tcPr>
          <w:p w14:paraId="46810F5F"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03789F3" w14:textId="076DB628"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Phan Thị Minh</w:t>
            </w:r>
          </w:p>
        </w:tc>
        <w:tc>
          <w:tcPr>
            <w:tcW w:w="2835" w:type="dxa"/>
            <w:vAlign w:val="center"/>
          </w:tcPr>
          <w:p w14:paraId="16F1D4A8" w14:textId="3067DA43"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Nhân viên Thư viện,</w:t>
            </w:r>
          </w:p>
          <w:p w14:paraId="4DB41255" w14:textId="5677E661"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THCS Sơn Tiến</w:t>
            </w:r>
          </w:p>
        </w:tc>
        <w:tc>
          <w:tcPr>
            <w:tcW w:w="2847" w:type="dxa"/>
            <w:vAlign w:val="center"/>
          </w:tcPr>
          <w:p w14:paraId="103025AB" w14:textId="4E4C03E3"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Nhân viên Thư viện</w:t>
            </w:r>
          </w:p>
        </w:tc>
        <w:tc>
          <w:tcPr>
            <w:tcW w:w="839" w:type="dxa"/>
          </w:tcPr>
          <w:p w14:paraId="2221BBFB" w14:textId="77777777" w:rsidR="004A43FE" w:rsidRPr="007252E1" w:rsidRDefault="004A43FE" w:rsidP="0088613C">
            <w:pPr>
              <w:jc w:val="center"/>
              <w:rPr>
                <w:rFonts w:ascii="Times New Roman" w:hAnsi="Times New Roman" w:cs="Times New Roman"/>
                <w:sz w:val="24"/>
                <w:szCs w:val="24"/>
              </w:rPr>
            </w:pPr>
          </w:p>
        </w:tc>
      </w:tr>
      <w:tr w:rsidR="004A43FE" w:rsidRPr="007252E1" w14:paraId="6E23048A" w14:textId="77777777" w:rsidTr="009C2705">
        <w:tc>
          <w:tcPr>
            <w:tcW w:w="678" w:type="dxa"/>
            <w:vAlign w:val="center"/>
          </w:tcPr>
          <w:p w14:paraId="1F43F155"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C8E07A0" w14:textId="09894837"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Phan Thị Hồng Nhạn</w:t>
            </w:r>
          </w:p>
        </w:tc>
        <w:tc>
          <w:tcPr>
            <w:tcW w:w="2835" w:type="dxa"/>
            <w:vAlign w:val="center"/>
          </w:tcPr>
          <w:p w14:paraId="72A41735" w14:textId="2EC76613"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Nhân viên Thư viện,</w:t>
            </w:r>
          </w:p>
          <w:p w14:paraId="3FC72C03" w14:textId="1C1B330F"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1F084CD1" w14:textId="553DF6E0"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Nhân viên</w:t>
            </w:r>
          </w:p>
          <w:p w14:paraId="56F05358" w14:textId="383D92A3"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Thiết bị-Thí nghiệm</w:t>
            </w:r>
          </w:p>
        </w:tc>
        <w:tc>
          <w:tcPr>
            <w:tcW w:w="839" w:type="dxa"/>
          </w:tcPr>
          <w:p w14:paraId="5CBA3228" w14:textId="77777777" w:rsidR="004A43FE" w:rsidRPr="007252E1" w:rsidRDefault="004A43FE" w:rsidP="0088613C">
            <w:pPr>
              <w:jc w:val="center"/>
              <w:rPr>
                <w:rFonts w:ascii="Times New Roman" w:hAnsi="Times New Roman" w:cs="Times New Roman"/>
                <w:sz w:val="24"/>
                <w:szCs w:val="24"/>
              </w:rPr>
            </w:pPr>
          </w:p>
        </w:tc>
      </w:tr>
      <w:tr w:rsidR="004A43FE" w:rsidRPr="007252E1" w14:paraId="2893886B" w14:textId="77777777" w:rsidTr="009C2705">
        <w:tc>
          <w:tcPr>
            <w:tcW w:w="678" w:type="dxa"/>
            <w:vAlign w:val="center"/>
          </w:tcPr>
          <w:p w14:paraId="78E2F8C2"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366E1B8B" w14:textId="5BC2BCCD"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Phạm Thị Thủy</w:t>
            </w:r>
          </w:p>
        </w:tc>
        <w:tc>
          <w:tcPr>
            <w:tcW w:w="2835" w:type="dxa"/>
            <w:vAlign w:val="center"/>
          </w:tcPr>
          <w:p w14:paraId="58D1ED25" w14:textId="650C38F3"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Nhân viên TB</w:t>
            </w:r>
            <w:r w:rsidR="00FB572B" w:rsidRPr="007252E1">
              <w:rPr>
                <w:rFonts w:ascii="Times New Roman" w:hAnsi="Times New Roman" w:cs="Times New Roman"/>
                <w:sz w:val="24"/>
                <w:szCs w:val="24"/>
              </w:rPr>
              <w:t>-</w:t>
            </w:r>
            <w:r w:rsidRPr="007252E1">
              <w:rPr>
                <w:rFonts w:ascii="Times New Roman" w:hAnsi="Times New Roman" w:cs="Times New Roman"/>
                <w:sz w:val="24"/>
                <w:szCs w:val="24"/>
              </w:rPr>
              <w:t>TN,</w:t>
            </w:r>
          </w:p>
          <w:p w14:paraId="39238115" w14:textId="08839B22"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426C3EF5" w14:textId="77777777"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Nhân viên</w:t>
            </w:r>
          </w:p>
          <w:p w14:paraId="221BD773" w14:textId="4DB81D49"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Thiết bị-Thí nghiệm</w:t>
            </w:r>
          </w:p>
        </w:tc>
        <w:tc>
          <w:tcPr>
            <w:tcW w:w="839" w:type="dxa"/>
          </w:tcPr>
          <w:p w14:paraId="212521EF" w14:textId="77777777" w:rsidR="004A43FE" w:rsidRPr="007252E1" w:rsidRDefault="004A43FE" w:rsidP="0088613C">
            <w:pPr>
              <w:jc w:val="center"/>
              <w:rPr>
                <w:rFonts w:ascii="Times New Roman" w:hAnsi="Times New Roman" w:cs="Times New Roman"/>
                <w:sz w:val="24"/>
                <w:szCs w:val="24"/>
              </w:rPr>
            </w:pPr>
          </w:p>
        </w:tc>
      </w:tr>
      <w:tr w:rsidR="004A43FE" w:rsidRPr="007252E1" w14:paraId="3F0DC901" w14:textId="77777777" w:rsidTr="009C2705">
        <w:tc>
          <w:tcPr>
            <w:tcW w:w="678" w:type="dxa"/>
            <w:vAlign w:val="center"/>
          </w:tcPr>
          <w:p w14:paraId="7CBEF4DE"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44C4E0FC" w14:textId="10EB1B50"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Nguyễn Thị Nhàn</w:t>
            </w:r>
          </w:p>
        </w:tc>
        <w:tc>
          <w:tcPr>
            <w:tcW w:w="2835" w:type="dxa"/>
            <w:vAlign w:val="bottom"/>
          </w:tcPr>
          <w:p w14:paraId="26839113" w14:textId="4A913F76"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 Nhân viên TB-TN,</w:t>
            </w:r>
          </w:p>
          <w:p w14:paraId="4FF7F272" w14:textId="2061448B"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THCS Sơn Tiến</w:t>
            </w:r>
          </w:p>
        </w:tc>
        <w:tc>
          <w:tcPr>
            <w:tcW w:w="2847" w:type="dxa"/>
            <w:vAlign w:val="center"/>
          </w:tcPr>
          <w:p w14:paraId="2B486305" w14:textId="130B871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Nhân viên</w:t>
            </w:r>
          </w:p>
          <w:p w14:paraId="761CE384" w14:textId="07476221"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Thiết bị-Thí nghiệm</w:t>
            </w:r>
          </w:p>
        </w:tc>
        <w:tc>
          <w:tcPr>
            <w:tcW w:w="839" w:type="dxa"/>
          </w:tcPr>
          <w:p w14:paraId="4D513291" w14:textId="77777777" w:rsidR="004A43FE" w:rsidRPr="007252E1" w:rsidRDefault="004A43FE" w:rsidP="0088613C">
            <w:pPr>
              <w:jc w:val="center"/>
              <w:rPr>
                <w:rFonts w:ascii="Times New Roman" w:hAnsi="Times New Roman" w:cs="Times New Roman"/>
                <w:sz w:val="24"/>
                <w:szCs w:val="24"/>
              </w:rPr>
            </w:pPr>
          </w:p>
        </w:tc>
      </w:tr>
      <w:tr w:rsidR="004A43FE" w:rsidRPr="007252E1" w14:paraId="67DAB851" w14:textId="77777777" w:rsidTr="009C2705">
        <w:tc>
          <w:tcPr>
            <w:tcW w:w="678" w:type="dxa"/>
            <w:vAlign w:val="center"/>
          </w:tcPr>
          <w:p w14:paraId="240895F5"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786D9ECF" w14:textId="6CE1D8BE"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Lê Thị Mai Hoa</w:t>
            </w:r>
          </w:p>
        </w:tc>
        <w:tc>
          <w:tcPr>
            <w:tcW w:w="2835" w:type="dxa"/>
            <w:vAlign w:val="center"/>
          </w:tcPr>
          <w:p w14:paraId="20725DFE" w14:textId="21A70E68" w:rsidR="004A43FE" w:rsidRPr="007252E1" w:rsidRDefault="004A43FE" w:rsidP="004A43FE">
            <w:pPr>
              <w:jc w:val="center"/>
              <w:rPr>
                <w:rFonts w:ascii="Times New Roman" w:hAnsi="Times New Roman" w:cs="Times New Roman"/>
                <w:sz w:val="24"/>
                <w:szCs w:val="24"/>
              </w:rPr>
            </w:pPr>
            <w:r w:rsidRPr="007252E1">
              <w:rPr>
                <w:rFonts w:ascii="Times New Roman" w:hAnsi="Times New Roman" w:cs="Times New Roman"/>
                <w:sz w:val="24"/>
                <w:szCs w:val="24"/>
              </w:rPr>
              <w:t>Nhân viên Văn thư- Tổ trưởng Tổ VP, THCS Sơn Tiến</w:t>
            </w:r>
          </w:p>
        </w:tc>
        <w:tc>
          <w:tcPr>
            <w:tcW w:w="2847" w:type="dxa"/>
            <w:vAlign w:val="center"/>
          </w:tcPr>
          <w:p w14:paraId="5E8C973D" w14:textId="188D6CD3"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lang w:val="nb-NO"/>
              </w:rPr>
              <w:t>Nhân viên khác</w:t>
            </w:r>
          </w:p>
        </w:tc>
        <w:tc>
          <w:tcPr>
            <w:tcW w:w="839" w:type="dxa"/>
          </w:tcPr>
          <w:p w14:paraId="5292E151" w14:textId="77777777" w:rsidR="004A43FE" w:rsidRPr="007252E1" w:rsidRDefault="004A43FE" w:rsidP="0088613C">
            <w:pPr>
              <w:jc w:val="center"/>
              <w:rPr>
                <w:rFonts w:ascii="Times New Roman" w:hAnsi="Times New Roman" w:cs="Times New Roman"/>
                <w:sz w:val="24"/>
                <w:szCs w:val="24"/>
              </w:rPr>
            </w:pPr>
          </w:p>
        </w:tc>
      </w:tr>
      <w:tr w:rsidR="004A43FE" w:rsidRPr="007252E1" w14:paraId="1CD2CA0E" w14:textId="77777777" w:rsidTr="009C2705">
        <w:tc>
          <w:tcPr>
            <w:tcW w:w="678" w:type="dxa"/>
            <w:vAlign w:val="center"/>
          </w:tcPr>
          <w:p w14:paraId="744042AF"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604B39D8" w14:textId="00AFB3A1"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Tống Thị Phượng</w:t>
            </w:r>
          </w:p>
        </w:tc>
        <w:tc>
          <w:tcPr>
            <w:tcW w:w="2835" w:type="dxa"/>
            <w:vAlign w:val="center"/>
          </w:tcPr>
          <w:p w14:paraId="6F8AC71C" w14:textId="5ABBD842" w:rsidR="004A43FE" w:rsidRPr="007252E1" w:rsidRDefault="004A43FE" w:rsidP="00FF0E7C">
            <w:pPr>
              <w:jc w:val="center"/>
              <w:rPr>
                <w:rFonts w:ascii="Times New Roman" w:hAnsi="Times New Roman" w:cs="Times New Roman"/>
                <w:color w:val="000000"/>
                <w:sz w:val="24"/>
                <w:szCs w:val="24"/>
              </w:rPr>
            </w:pPr>
            <w:r w:rsidRPr="007252E1">
              <w:rPr>
                <w:rFonts w:ascii="Times New Roman" w:hAnsi="Times New Roman" w:cs="Times New Roman"/>
                <w:color w:val="000000"/>
                <w:sz w:val="24"/>
                <w:szCs w:val="24"/>
              </w:rPr>
              <w:t xml:space="preserve">Nhân viên </w:t>
            </w:r>
          </w:p>
          <w:p w14:paraId="40F7007D" w14:textId="3A0560AC"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color w:val="000000"/>
                <w:sz w:val="24"/>
                <w:szCs w:val="24"/>
              </w:rPr>
              <w:t>THCS Nguyễn Khắc Viện</w:t>
            </w:r>
          </w:p>
        </w:tc>
        <w:tc>
          <w:tcPr>
            <w:tcW w:w="2847" w:type="dxa"/>
            <w:vAlign w:val="center"/>
          </w:tcPr>
          <w:p w14:paraId="5EDAA043" w14:textId="04948A63"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lang w:val="nb-NO"/>
              </w:rPr>
              <w:t>Nhân viên khác</w:t>
            </w:r>
          </w:p>
        </w:tc>
        <w:tc>
          <w:tcPr>
            <w:tcW w:w="839" w:type="dxa"/>
          </w:tcPr>
          <w:p w14:paraId="044316EA" w14:textId="77777777" w:rsidR="004A43FE" w:rsidRPr="007252E1" w:rsidRDefault="004A43FE" w:rsidP="0088613C">
            <w:pPr>
              <w:jc w:val="center"/>
              <w:rPr>
                <w:rFonts w:ascii="Times New Roman" w:hAnsi="Times New Roman" w:cs="Times New Roman"/>
                <w:sz w:val="24"/>
                <w:szCs w:val="24"/>
              </w:rPr>
            </w:pPr>
          </w:p>
        </w:tc>
      </w:tr>
      <w:tr w:rsidR="004A43FE" w:rsidRPr="007252E1" w14:paraId="22124A0D" w14:textId="77777777" w:rsidTr="009C2705">
        <w:tc>
          <w:tcPr>
            <w:tcW w:w="678" w:type="dxa"/>
            <w:vAlign w:val="center"/>
          </w:tcPr>
          <w:p w14:paraId="02D090A3"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16497677" w14:textId="585BD472"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sz w:val="24"/>
                <w:szCs w:val="24"/>
              </w:rPr>
              <w:t>Đoàn Thị Hiền</w:t>
            </w:r>
          </w:p>
        </w:tc>
        <w:tc>
          <w:tcPr>
            <w:tcW w:w="2835" w:type="dxa"/>
            <w:vAlign w:val="bottom"/>
          </w:tcPr>
          <w:p w14:paraId="55F204C9" w14:textId="73644F5D"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Nhân viên Kế toán,</w:t>
            </w:r>
          </w:p>
          <w:p w14:paraId="1B525E05" w14:textId="40AE7806"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THCS Sơn Tiến </w:t>
            </w:r>
          </w:p>
        </w:tc>
        <w:tc>
          <w:tcPr>
            <w:tcW w:w="2847" w:type="dxa"/>
            <w:vAlign w:val="center"/>
          </w:tcPr>
          <w:p w14:paraId="41EDA56E" w14:textId="518DA020"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lang w:val="nb-NO"/>
              </w:rPr>
              <w:t>Nhân viên khác</w:t>
            </w:r>
          </w:p>
        </w:tc>
        <w:tc>
          <w:tcPr>
            <w:tcW w:w="839" w:type="dxa"/>
          </w:tcPr>
          <w:p w14:paraId="54F04EF7" w14:textId="77777777" w:rsidR="004A43FE" w:rsidRPr="007252E1" w:rsidRDefault="004A43FE" w:rsidP="0088613C">
            <w:pPr>
              <w:jc w:val="center"/>
              <w:rPr>
                <w:rFonts w:ascii="Times New Roman" w:hAnsi="Times New Roman" w:cs="Times New Roman"/>
                <w:sz w:val="24"/>
                <w:szCs w:val="24"/>
              </w:rPr>
            </w:pPr>
          </w:p>
        </w:tc>
      </w:tr>
      <w:tr w:rsidR="004A43FE" w:rsidRPr="007252E1" w14:paraId="77700C5E" w14:textId="77777777" w:rsidTr="009C2705">
        <w:tc>
          <w:tcPr>
            <w:tcW w:w="678" w:type="dxa"/>
            <w:vAlign w:val="center"/>
          </w:tcPr>
          <w:p w14:paraId="2F9A9519"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5856B9EB" w14:textId="18461352"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Lê Khánh Trung Chính</w:t>
            </w:r>
          </w:p>
        </w:tc>
        <w:tc>
          <w:tcPr>
            <w:tcW w:w="2835" w:type="dxa"/>
            <w:vAlign w:val="center"/>
          </w:tcPr>
          <w:p w14:paraId="535FEA1C" w14:textId="0AF827C4"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Nhân viên Kế toán,</w:t>
            </w:r>
          </w:p>
          <w:p w14:paraId="12276469" w14:textId="21A51AA8"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0C43C32D" w14:textId="51E00D97"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Chờ nghỉ chế độ</w:t>
            </w:r>
          </w:p>
        </w:tc>
        <w:tc>
          <w:tcPr>
            <w:tcW w:w="839" w:type="dxa"/>
          </w:tcPr>
          <w:p w14:paraId="1EA33D36" w14:textId="77777777" w:rsidR="004A43FE" w:rsidRPr="007252E1" w:rsidRDefault="004A43FE" w:rsidP="0088613C">
            <w:pPr>
              <w:jc w:val="center"/>
              <w:rPr>
                <w:rFonts w:ascii="Times New Roman" w:hAnsi="Times New Roman" w:cs="Times New Roman"/>
                <w:sz w:val="24"/>
                <w:szCs w:val="24"/>
              </w:rPr>
            </w:pPr>
          </w:p>
        </w:tc>
      </w:tr>
      <w:tr w:rsidR="004A43FE" w:rsidRPr="007252E1" w14:paraId="083BAAE4" w14:textId="77777777" w:rsidTr="009C2705">
        <w:tc>
          <w:tcPr>
            <w:tcW w:w="678" w:type="dxa"/>
            <w:vAlign w:val="center"/>
          </w:tcPr>
          <w:p w14:paraId="6D0FBC1E" w14:textId="77777777" w:rsidR="004A43FE" w:rsidRPr="007252E1" w:rsidRDefault="004A43FE" w:rsidP="0088613C">
            <w:pPr>
              <w:pStyle w:val="ListParagraph"/>
              <w:numPr>
                <w:ilvl w:val="0"/>
                <w:numId w:val="11"/>
              </w:numPr>
              <w:jc w:val="center"/>
              <w:rPr>
                <w:rFonts w:ascii="Times New Roman" w:hAnsi="Times New Roman" w:cs="Times New Roman"/>
                <w:sz w:val="24"/>
                <w:szCs w:val="24"/>
              </w:rPr>
            </w:pPr>
          </w:p>
        </w:tc>
        <w:tc>
          <w:tcPr>
            <w:tcW w:w="2407" w:type="dxa"/>
            <w:vAlign w:val="center"/>
          </w:tcPr>
          <w:p w14:paraId="0FB0AFD5" w14:textId="4FECC93F" w:rsidR="004A43FE" w:rsidRPr="007252E1" w:rsidRDefault="004A43FE" w:rsidP="0088613C">
            <w:pPr>
              <w:rPr>
                <w:rFonts w:ascii="Times New Roman" w:hAnsi="Times New Roman" w:cs="Times New Roman"/>
                <w:color w:val="000000"/>
                <w:sz w:val="24"/>
                <w:szCs w:val="24"/>
              </w:rPr>
            </w:pPr>
            <w:r w:rsidRPr="007252E1">
              <w:rPr>
                <w:rFonts w:ascii="Times New Roman" w:hAnsi="Times New Roman" w:cs="Times New Roman"/>
                <w:color w:val="000000"/>
                <w:sz w:val="24"/>
                <w:szCs w:val="24"/>
              </w:rPr>
              <w:t>Nguyễn Thị Mỹ Hạnh</w:t>
            </w:r>
          </w:p>
        </w:tc>
        <w:tc>
          <w:tcPr>
            <w:tcW w:w="2835" w:type="dxa"/>
            <w:vAlign w:val="center"/>
          </w:tcPr>
          <w:p w14:paraId="49F15259" w14:textId="77777777" w:rsidR="004A43FE" w:rsidRPr="007252E1" w:rsidRDefault="004A43FE" w:rsidP="00FF0E7C">
            <w:pPr>
              <w:jc w:val="center"/>
              <w:rPr>
                <w:rFonts w:ascii="Times New Roman" w:hAnsi="Times New Roman" w:cs="Times New Roman"/>
                <w:sz w:val="24"/>
                <w:szCs w:val="24"/>
              </w:rPr>
            </w:pPr>
            <w:r w:rsidRPr="007252E1">
              <w:rPr>
                <w:rFonts w:ascii="Times New Roman" w:hAnsi="Times New Roman" w:cs="Times New Roman"/>
                <w:sz w:val="24"/>
                <w:szCs w:val="24"/>
              </w:rPr>
              <w:t>Hiệu trưởng</w:t>
            </w:r>
          </w:p>
          <w:p w14:paraId="08562545" w14:textId="49F0FFB7" w:rsidR="004A43FE" w:rsidRPr="007252E1" w:rsidRDefault="004A43FE" w:rsidP="0088613C">
            <w:pPr>
              <w:jc w:val="center"/>
              <w:rPr>
                <w:rFonts w:ascii="Times New Roman" w:hAnsi="Times New Roman" w:cs="Times New Roman"/>
                <w:sz w:val="24"/>
                <w:szCs w:val="24"/>
              </w:rPr>
            </w:pPr>
            <w:r w:rsidRPr="007252E1">
              <w:rPr>
                <w:rFonts w:ascii="Times New Roman" w:hAnsi="Times New Roman" w:cs="Times New Roman"/>
                <w:sz w:val="24"/>
                <w:szCs w:val="24"/>
              </w:rPr>
              <w:t>TH&amp;THCS Sơn Lễ</w:t>
            </w:r>
          </w:p>
        </w:tc>
        <w:tc>
          <w:tcPr>
            <w:tcW w:w="2847" w:type="dxa"/>
            <w:vAlign w:val="center"/>
          </w:tcPr>
          <w:p w14:paraId="6BE085F4" w14:textId="3002E3CB" w:rsidR="004A43FE" w:rsidRPr="007252E1" w:rsidRDefault="004A43FE" w:rsidP="009C2705">
            <w:pPr>
              <w:jc w:val="center"/>
              <w:rPr>
                <w:rFonts w:ascii="Times New Roman" w:hAnsi="Times New Roman" w:cs="Times New Roman"/>
                <w:sz w:val="24"/>
                <w:szCs w:val="24"/>
              </w:rPr>
            </w:pPr>
            <w:r w:rsidRPr="007252E1">
              <w:rPr>
                <w:rFonts w:ascii="Times New Roman" w:hAnsi="Times New Roman" w:cs="Times New Roman"/>
                <w:sz w:val="24"/>
                <w:szCs w:val="24"/>
              </w:rPr>
              <w:t>Chờ nghỉ chế độ</w:t>
            </w:r>
          </w:p>
        </w:tc>
        <w:tc>
          <w:tcPr>
            <w:tcW w:w="839" w:type="dxa"/>
          </w:tcPr>
          <w:p w14:paraId="1F7FE332" w14:textId="77777777" w:rsidR="004A43FE" w:rsidRPr="007252E1" w:rsidRDefault="004A43FE" w:rsidP="0088613C">
            <w:pPr>
              <w:jc w:val="center"/>
              <w:rPr>
                <w:rFonts w:ascii="Times New Roman" w:hAnsi="Times New Roman" w:cs="Times New Roman"/>
                <w:sz w:val="24"/>
                <w:szCs w:val="24"/>
              </w:rPr>
            </w:pPr>
          </w:p>
        </w:tc>
      </w:tr>
    </w:tbl>
    <w:p w14:paraId="3FEBBAB1" w14:textId="31AEF945" w:rsidR="000C4619" w:rsidRPr="00D2522D" w:rsidRDefault="0088613C" w:rsidP="00961681">
      <w:pPr>
        <w:spacing w:after="120" w:line="240" w:lineRule="auto"/>
        <w:ind w:firstLine="720"/>
        <w:rPr>
          <w:rFonts w:ascii="Times New Roman" w:hAnsi="Times New Roman" w:cs="Times New Roman"/>
          <w:sz w:val="28"/>
          <w:szCs w:val="28"/>
        </w:rPr>
      </w:pPr>
      <w:r w:rsidRPr="007252E1">
        <w:rPr>
          <w:rFonts w:ascii="Times New Roman" w:hAnsi="Times New Roman" w:cs="Times New Roman"/>
          <w:sz w:val="28"/>
          <w:szCs w:val="28"/>
        </w:rPr>
        <w:t>Danh sách này có 100</w:t>
      </w:r>
      <w:r w:rsidR="00961681" w:rsidRPr="007252E1">
        <w:rPr>
          <w:rFonts w:ascii="Times New Roman" w:hAnsi="Times New Roman" w:cs="Times New Roman"/>
          <w:sz w:val="28"/>
          <w:szCs w:val="28"/>
        </w:rPr>
        <w:t xml:space="preserve"> người./.</w:t>
      </w:r>
    </w:p>
    <w:sectPr w:rsidR="000C4619" w:rsidRPr="00D2522D" w:rsidSect="00577CE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DE460" w14:textId="77777777" w:rsidR="00CA2361" w:rsidRDefault="00CA2361" w:rsidP="00577CEE">
      <w:pPr>
        <w:spacing w:after="0" w:line="240" w:lineRule="auto"/>
      </w:pPr>
      <w:r>
        <w:separator/>
      </w:r>
    </w:p>
  </w:endnote>
  <w:endnote w:type="continuationSeparator" w:id="0">
    <w:p w14:paraId="6A4F5CF3" w14:textId="77777777" w:rsidR="00CA2361" w:rsidRDefault="00CA2361" w:rsidP="00577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B51A9" w14:textId="77777777" w:rsidR="00CA2361" w:rsidRDefault="00CA2361" w:rsidP="00577CEE">
      <w:pPr>
        <w:spacing w:after="0" w:line="240" w:lineRule="auto"/>
      </w:pPr>
      <w:r>
        <w:separator/>
      </w:r>
    </w:p>
  </w:footnote>
  <w:footnote w:type="continuationSeparator" w:id="0">
    <w:p w14:paraId="71398F94" w14:textId="77777777" w:rsidR="00CA2361" w:rsidRDefault="00CA2361" w:rsidP="00577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834198"/>
      <w:docPartObj>
        <w:docPartGallery w:val="Page Numbers (Top of Page)"/>
        <w:docPartUnique/>
      </w:docPartObj>
    </w:sdtPr>
    <w:sdtEndPr>
      <w:rPr>
        <w:rFonts w:ascii="Times New Roman" w:hAnsi="Times New Roman" w:cs="Times New Roman"/>
        <w:noProof/>
        <w:sz w:val="26"/>
        <w:szCs w:val="26"/>
      </w:rPr>
    </w:sdtEndPr>
    <w:sdtContent>
      <w:p w14:paraId="282BDDDF" w14:textId="26A56D47" w:rsidR="007252E1" w:rsidRPr="00577CEE" w:rsidRDefault="007252E1">
        <w:pPr>
          <w:pStyle w:val="Header"/>
          <w:jc w:val="center"/>
          <w:rPr>
            <w:rFonts w:ascii="Times New Roman" w:hAnsi="Times New Roman" w:cs="Times New Roman"/>
            <w:sz w:val="26"/>
            <w:szCs w:val="26"/>
          </w:rPr>
        </w:pPr>
        <w:r w:rsidRPr="00577CEE">
          <w:rPr>
            <w:rFonts w:ascii="Times New Roman" w:hAnsi="Times New Roman" w:cs="Times New Roman"/>
            <w:sz w:val="26"/>
            <w:szCs w:val="26"/>
          </w:rPr>
          <w:fldChar w:fldCharType="begin"/>
        </w:r>
        <w:r w:rsidRPr="00577CEE">
          <w:rPr>
            <w:rFonts w:ascii="Times New Roman" w:hAnsi="Times New Roman" w:cs="Times New Roman"/>
            <w:sz w:val="26"/>
            <w:szCs w:val="26"/>
          </w:rPr>
          <w:instrText xml:space="preserve"> PAGE   \* MERGEFORMAT </w:instrText>
        </w:r>
        <w:r w:rsidRPr="00577CEE">
          <w:rPr>
            <w:rFonts w:ascii="Times New Roman" w:hAnsi="Times New Roman" w:cs="Times New Roman"/>
            <w:sz w:val="26"/>
            <w:szCs w:val="26"/>
          </w:rPr>
          <w:fldChar w:fldCharType="separate"/>
        </w:r>
        <w:r w:rsidR="005D462B">
          <w:rPr>
            <w:rFonts w:ascii="Times New Roman" w:hAnsi="Times New Roman" w:cs="Times New Roman"/>
            <w:noProof/>
            <w:sz w:val="26"/>
            <w:szCs w:val="26"/>
          </w:rPr>
          <w:t>7</w:t>
        </w:r>
        <w:r w:rsidRPr="00577CEE">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D337C3"/>
    <w:multiLevelType w:val="hybridMultilevel"/>
    <w:tmpl w:val="EDF0A1F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BD4C6A"/>
    <w:multiLevelType w:val="hybridMultilevel"/>
    <w:tmpl w:val="A9327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0558739">
    <w:abstractNumId w:val="8"/>
  </w:num>
  <w:num w:numId="2" w16cid:durableId="1939944828">
    <w:abstractNumId w:val="6"/>
  </w:num>
  <w:num w:numId="3" w16cid:durableId="194971375">
    <w:abstractNumId w:val="5"/>
  </w:num>
  <w:num w:numId="4" w16cid:durableId="1137533091">
    <w:abstractNumId w:val="4"/>
  </w:num>
  <w:num w:numId="5" w16cid:durableId="1285961168">
    <w:abstractNumId w:val="7"/>
  </w:num>
  <w:num w:numId="6" w16cid:durableId="567347035">
    <w:abstractNumId w:val="3"/>
  </w:num>
  <w:num w:numId="7" w16cid:durableId="1825124557">
    <w:abstractNumId w:val="2"/>
  </w:num>
  <w:num w:numId="8" w16cid:durableId="1901478256">
    <w:abstractNumId w:val="1"/>
  </w:num>
  <w:num w:numId="9" w16cid:durableId="1400517348">
    <w:abstractNumId w:val="0"/>
  </w:num>
  <w:num w:numId="10" w16cid:durableId="621231646">
    <w:abstractNumId w:val="10"/>
  </w:num>
  <w:num w:numId="11" w16cid:durableId="208685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492"/>
    <w:rsid w:val="00034616"/>
    <w:rsid w:val="0006063C"/>
    <w:rsid w:val="000C4619"/>
    <w:rsid w:val="000D1989"/>
    <w:rsid w:val="0010149C"/>
    <w:rsid w:val="00103543"/>
    <w:rsid w:val="00111109"/>
    <w:rsid w:val="0015074B"/>
    <w:rsid w:val="001A5C68"/>
    <w:rsid w:val="0024162B"/>
    <w:rsid w:val="0029639D"/>
    <w:rsid w:val="002D1F3F"/>
    <w:rsid w:val="002F4C29"/>
    <w:rsid w:val="00301F2F"/>
    <w:rsid w:val="00326F90"/>
    <w:rsid w:val="00335AAD"/>
    <w:rsid w:val="00336252"/>
    <w:rsid w:val="003B1ABF"/>
    <w:rsid w:val="003B6940"/>
    <w:rsid w:val="004125D3"/>
    <w:rsid w:val="004167B2"/>
    <w:rsid w:val="004208C9"/>
    <w:rsid w:val="004275DF"/>
    <w:rsid w:val="00434A0C"/>
    <w:rsid w:val="00450053"/>
    <w:rsid w:val="00486B97"/>
    <w:rsid w:val="004A43FE"/>
    <w:rsid w:val="004B501D"/>
    <w:rsid w:val="004D783A"/>
    <w:rsid w:val="00530310"/>
    <w:rsid w:val="005563AC"/>
    <w:rsid w:val="005747B4"/>
    <w:rsid w:val="00577CEE"/>
    <w:rsid w:val="0058140E"/>
    <w:rsid w:val="005C2760"/>
    <w:rsid w:val="005D462B"/>
    <w:rsid w:val="00672411"/>
    <w:rsid w:val="006730F0"/>
    <w:rsid w:val="00695B67"/>
    <w:rsid w:val="00717657"/>
    <w:rsid w:val="007252E1"/>
    <w:rsid w:val="007414DE"/>
    <w:rsid w:val="00801881"/>
    <w:rsid w:val="008160E9"/>
    <w:rsid w:val="008667DD"/>
    <w:rsid w:val="0088613C"/>
    <w:rsid w:val="008C0128"/>
    <w:rsid w:val="009005FF"/>
    <w:rsid w:val="00961681"/>
    <w:rsid w:val="00984ED2"/>
    <w:rsid w:val="0099044D"/>
    <w:rsid w:val="009C2705"/>
    <w:rsid w:val="009F181E"/>
    <w:rsid w:val="009F376A"/>
    <w:rsid w:val="00A22F7F"/>
    <w:rsid w:val="00A27D25"/>
    <w:rsid w:val="00A413AD"/>
    <w:rsid w:val="00A9793C"/>
    <w:rsid w:val="00AA1D8D"/>
    <w:rsid w:val="00AA6574"/>
    <w:rsid w:val="00AD2AB5"/>
    <w:rsid w:val="00AF44B3"/>
    <w:rsid w:val="00B0419B"/>
    <w:rsid w:val="00B140D5"/>
    <w:rsid w:val="00B22FAA"/>
    <w:rsid w:val="00B47730"/>
    <w:rsid w:val="00B5560C"/>
    <w:rsid w:val="00B66839"/>
    <w:rsid w:val="00B726C3"/>
    <w:rsid w:val="00C119BB"/>
    <w:rsid w:val="00CA2361"/>
    <w:rsid w:val="00CB0664"/>
    <w:rsid w:val="00CE73B4"/>
    <w:rsid w:val="00D2522D"/>
    <w:rsid w:val="00D536C4"/>
    <w:rsid w:val="00D57B56"/>
    <w:rsid w:val="00D61AA4"/>
    <w:rsid w:val="00D83EF3"/>
    <w:rsid w:val="00DA0A97"/>
    <w:rsid w:val="00DB1B73"/>
    <w:rsid w:val="00DD3221"/>
    <w:rsid w:val="00DF31CC"/>
    <w:rsid w:val="00E53520"/>
    <w:rsid w:val="00E543BF"/>
    <w:rsid w:val="00EB0D69"/>
    <w:rsid w:val="00FB572B"/>
    <w:rsid w:val="00FC693F"/>
    <w:rsid w:val="00FD34A2"/>
    <w:rsid w:val="00FF0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766BBA"/>
  <w14:defaultImageDpi w14:val="300"/>
  <w15:docId w15:val="{736BB289-342C-48C8-9733-E8F311F6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04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1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6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DA395-7957-4677-BF8F-76C2D4F29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63</cp:revision>
  <cp:lastPrinted>2026-08-28T04:24:00Z</cp:lastPrinted>
  <dcterms:created xsi:type="dcterms:W3CDTF">2013-12-23T23:15:00Z</dcterms:created>
  <dcterms:modified xsi:type="dcterms:W3CDTF">2026-08-28T07:05:00Z</dcterms:modified>
  <cp:category/>
</cp:coreProperties>
</file>